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0056B3"/>
          <w:sz w:val="24"/>
        </w:rPr>
        <w:t>MACCABI FC CAULFIELD</w:t>
      </w:r>
    </w:p>
    <w:p>
      <w:pPr>
        <w:spacing w:after="400"/>
        <w:jc w:val="center"/>
      </w:pPr>
      <w:r>
        <w:rPr>
          <w:rFonts w:ascii="Calibri" w:hAnsi="Calibri"/>
          <w:b/>
          <w:color w:val="111111"/>
          <w:sz w:val="40"/>
        </w:rPr>
        <w:t>Player Profile: Asher Perl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0E0E0"/>
          <w:bottom w:val="single" w:sz="4" w:space="0" w:color="E0E0E0"/>
          <w:insideH w:val="single" w:sz="4" w:space="0" w:color="E0E0E0"/>
          <w:insideV w:val="none"/>
          <w:left w:val="none"/>
          <w:right w:val="none"/>
        </w:tblBorders>
      </w:tblPr>
      <w:tblGrid>
        <w:gridCol w:w="3010"/>
        <w:gridCol w:w="3010"/>
        <w:gridCol w:w="3010"/>
      </w:tblGrid>
      <w:tr>
        <w:tc>
          <w:tcPr>
            <w:tcW w:type="dxa" w:w="864"/>
            <w:shd w:fill="0056B3"/>
          </w:tcPr>
          <w:p>
            <w:pPr>
              <w:jc w:val="center"/>
            </w:pPr>
            <w:r>
              <w:rPr>
                <w:b/>
                <w:color w:val="FFFFFF"/>
                <w:sz w:val="22"/>
              </w:rPr>
              <w:t>#</w:t>
            </w:r>
          </w:p>
        </w:tc>
        <w:tc>
          <w:tcPr>
            <w:tcW w:type="dxa" w:w="4608"/>
            <w:shd w:fill="0056B3"/>
          </w:tcPr>
          <w:p>
            <w:pPr>
              <w:jc w:val="left"/>
            </w:pPr>
            <w:r>
              <w:rPr>
                <w:b/>
                <w:color w:val="FFFFFF"/>
                <w:sz w:val="22"/>
              </w:rPr>
              <w:t>Question</w:t>
            </w:r>
          </w:p>
        </w:tc>
        <w:tc>
          <w:tcPr>
            <w:tcW w:type="dxa" w:w="3888"/>
            <w:shd w:fill="0056B3"/>
          </w:tcPr>
          <w:p>
            <w:pPr>
              <w:jc w:val="left"/>
            </w:pPr>
            <w:r>
              <w:rPr>
                <w:b/>
                <w:color w:val="FFFFFF"/>
                <w:sz w:val="22"/>
              </w:rPr>
              <w:t>Answer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is your name?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Asher Perl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2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Which team do you play in?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Boys Under 9 Swarm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3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position do you play in?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Defense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4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is your favourite position on the field?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Wing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5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Do you prefer the blue or the orange Maccabi FC shirt?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Blue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6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is your favourite TV program?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Soccer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7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Which is your favourite football team?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Arsenal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8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Who is your favourite player?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Thierry Henry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9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When did you start playing at Maccabi FC?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Under 8 and Little Strikers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10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do you like to eat before a game?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Cereal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11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Who has been your toughest opposition this year, player and/or team?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S4S Academy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12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is your most memorable moment playing football either at Maccabi FC or elsewhere?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Getting into the finals for Maccabi Futsal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13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What has been your worst experience playing football?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Injuries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14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Has anyone had a great influence on your game and why?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My coaches — because they have helped me improve my skills</w:t>
            </w:r>
          </w:p>
        </w:tc>
      </w:tr>
      <w:tr>
        <w:tc>
          <w:tcPr>
            <w:tcW w:type="dxa" w:w="864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15</w:t>
            </w:r>
          </w:p>
        </w:tc>
        <w:tc>
          <w:tcPr>
            <w:tcW w:type="dxa" w:w="460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Now this is the most important question. What do you put on your latkes, sugar or salt?</w:t>
            </w:r>
          </w:p>
        </w:tc>
        <w:tc>
          <w:tcPr>
            <w:tcW w:type="dxa" w:w="3888"/>
            <w:shd w:fill="F8F9FA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Sugar</w:t>
            </w:r>
          </w:p>
        </w:tc>
      </w:tr>
      <w:tr>
        <w:tc>
          <w:tcPr>
            <w:tcW w:type="dxa" w:w="864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jc w:val="center"/>
            </w:pPr>
            <w:r>
              <w:rPr>
                <w:b/>
                <w:color w:val="0056B3"/>
              </w:rPr>
              <w:t>16</w:t>
            </w:r>
          </w:p>
        </w:tc>
        <w:tc>
          <w:tcPr>
            <w:tcW w:type="dxa" w:w="460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rPr>
                <w:b/>
              </w:rPr>
              <w:t>Do you have any advice for the younger players at the club?</w:t>
            </w:r>
          </w:p>
        </w:tc>
        <w:tc>
          <w:tcPr>
            <w:tcW w:type="dxa" w:w="3888"/>
            <w:shd w:fill="FFFFFF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r>
              <w:t>Try your best</w:t>
            </w:r>
          </w:p>
        </w:tc>
      </w:tr>
    </w:tbl>
    <w:sectPr w:rsidR="00FC693F" w:rsidRPr="0006063C" w:rsidSect="00034616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