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16 Questions: Huxley Frid</w:t>
      </w:r>
    </w:p>
    <w:p>
      <w:r>
        <w:rPr>
          <w:b/>
        </w:rPr>
        <w:t xml:space="preserve">What is your name? </w:t>
      </w:r>
      <w:r>
        <w:t>Huxley Frid</w:t>
      </w:r>
    </w:p>
    <w:p>
      <w:r>
        <w:rPr>
          <w:b/>
        </w:rPr>
        <w:t xml:space="preserve">Which team do you play in? </w:t>
      </w:r>
      <w:r>
        <w:t>U8 Orange Hornets</w:t>
      </w:r>
    </w:p>
    <w:p>
      <w:r>
        <w:rPr>
          <w:b/>
        </w:rPr>
        <w:t xml:space="preserve">What position do you play in? </w:t>
      </w:r>
      <w:r>
        <w:t>Mixed – defender/midfield</w:t>
      </w:r>
    </w:p>
    <w:p>
      <w:r>
        <w:rPr>
          <w:b/>
        </w:rPr>
        <w:t xml:space="preserve">What is your favourite position on the field? </w:t>
      </w:r>
      <w:r>
        <w:t>Defence</w:t>
      </w:r>
    </w:p>
    <w:p>
      <w:r>
        <w:rPr>
          <w:b/>
        </w:rPr>
        <w:t xml:space="preserve">Do you prefer the blue or the orange Maccabi FC shirt? </w:t>
      </w:r>
      <w:r>
        <w:t>Blue</w:t>
      </w:r>
    </w:p>
    <w:p>
      <w:r>
        <w:rPr>
          <w:b/>
        </w:rPr>
        <w:t xml:space="preserve">What is your favourite TV program? </w:t>
      </w:r>
      <w:r>
        <w:t>Mr Beast</w:t>
      </w:r>
    </w:p>
    <w:p>
      <w:r>
        <w:rPr>
          <w:b/>
        </w:rPr>
        <w:t xml:space="preserve">Which is your favourite football team? </w:t>
      </w:r>
      <w:r>
        <w:t>UK team</w:t>
      </w:r>
    </w:p>
    <w:p>
      <w:r>
        <w:rPr>
          <w:b/>
        </w:rPr>
        <w:t xml:space="preserve">Who is your favourite player? </w:t>
      </w:r>
      <w:r>
        <w:t>Pele</w:t>
      </w:r>
    </w:p>
    <w:p>
      <w:r>
        <w:rPr>
          <w:b/>
        </w:rPr>
        <w:t xml:space="preserve">When did you start playing at Maccabi FC? </w:t>
      </w:r>
      <w:r>
        <w:t>2026</w:t>
      </w:r>
    </w:p>
    <w:p>
      <w:r>
        <w:rPr>
          <w:b/>
        </w:rPr>
        <w:t xml:space="preserve">What do you like to eat before a game? </w:t>
      </w:r>
      <w:r>
        <w:t>Nothing specific</w:t>
      </w:r>
    </w:p>
    <w:p>
      <w:r>
        <w:rPr>
          <w:b/>
        </w:rPr>
        <w:t xml:space="preserve">Who has been your toughest opposition this year, player and/or team? </w:t>
      </w:r>
      <w:r>
        <w:t>Maccabi Blue Hornets</w:t>
      </w:r>
    </w:p>
    <w:p>
      <w:r>
        <w:rPr>
          <w:b/>
        </w:rPr>
        <w:t xml:space="preserve">What is your most memorable moment playing football either at Maccabi FC or elsewhere? </w:t>
      </w:r>
      <w:r>
        <w:t>Motivating the team at trainings</w:t>
      </w:r>
    </w:p>
    <w:p>
      <w:r>
        <w:rPr>
          <w:b/>
        </w:rPr>
        <w:t xml:space="preserve">What has been your worst experience playing football? </w:t>
      </w:r>
      <w:r>
        <w:t>When the coaches don’t listen to me</w:t>
      </w:r>
    </w:p>
    <w:p>
      <w:r>
        <w:rPr>
          <w:b/>
        </w:rPr>
        <w:t xml:space="preserve">Has anyone had a great influence on your game and why? </w:t>
      </w:r>
      <w:r>
        <w:t>School soccer has made me a better player.</w:t>
      </w:r>
    </w:p>
    <w:p>
      <w:r>
        <w:rPr>
          <w:b/>
        </w:rPr>
        <w:t xml:space="preserve">Now this is the most important question. What do you put on your latkes, sugar or salt? </w:t>
      </w:r>
      <w:r>
        <w:t>Sugar</w:t>
      </w:r>
    </w:p>
    <w:p>
      <w:r>
        <w:rPr>
          <w:b/>
        </w:rPr>
        <w:t xml:space="preserve">Do you have any advice for the younger players at the club? </w:t>
      </w:r>
      <w:r>
        <w:t>Aim for the goals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