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AB37" w14:textId="77777777" w:rsidR="005E535A" w:rsidRDefault="0004717F">
      <w:r>
        <w:rPr>
          <w:b/>
          <w:sz w:val="28"/>
        </w:rPr>
        <w:t>MACCABI FC CAULFIELD</w:t>
      </w:r>
    </w:p>
    <w:p w14:paraId="3F2B4608" w14:textId="0405311A" w:rsidR="005E535A" w:rsidRDefault="0004717F">
      <w:r>
        <w:rPr>
          <w:b/>
          <w:sz w:val="24"/>
        </w:rPr>
        <w:t xml:space="preserve">Player Profile: Jaimie </w:t>
      </w:r>
    </w:p>
    <w:p w14:paraId="7A2A6DB4" w14:textId="77777777" w:rsidR="005E535A" w:rsidRDefault="005E535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5472"/>
        <w:gridCol w:w="3024"/>
      </w:tblGrid>
      <w:tr w:rsidR="005E535A" w14:paraId="1272FB94" w14:textId="77777777">
        <w:tc>
          <w:tcPr>
            <w:tcW w:w="864" w:type="dxa"/>
          </w:tcPr>
          <w:p w14:paraId="48BF9990" w14:textId="77777777" w:rsidR="005E535A" w:rsidRDefault="0004717F">
            <w:r>
              <w:rPr>
                <w:b/>
              </w:rPr>
              <w:t>#</w:t>
            </w:r>
          </w:p>
        </w:tc>
        <w:tc>
          <w:tcPr>
            <w:tcW w:w="5472" w:type="dxa"/>
          </w:tcPr>
          <w:p w14:paraId="7972F6DC" w14:textId="77777777" w:rsidR="005E535A" w:rsidRDefault="0004717F">
            <w:r>
              <w:rPr>
                <w:b/>
              </w:rPr>
              <w:t>Question</w:t>
            </w:r>
          </w:p>
        </w:tc>
        <w:tc>
          <w:tcPr>
            <w:tcW w:w="3024" w:type="dxa"/>
          </w:tcPr>
          <w:p w14:paraId="4A75560D" w14:textId="77777777" w:rsidR="005E535A" w:rsidRDefault="0004717F">
            <w:r>
              <w:rPr>
                <w:b/>
              </w:rPr>
              <w:t>Answer</w:t>
            </w:r>
          </w:p>
        </w:tc>
      </w:tr>
      <w:tr w:rsidR="005E535A" w14:paraId="65D79C76" w14:textId="77777777">
        <w:tc>
          <w:tcPr>
            <w:tcW w:w="864" w:type="dxa"/>
          </w:tcPr>
          <w:p w14:paraId="602A21D9" w14:textId="77777777" w:rsidR="005E535A" w:rsidRDefault="0004717F">
            <w:r>
              <w:t>1</w:t>
            </w:r>
          </w:p>
        </w:tc>
        <w:tc>
          <w:tcPr>
            <w:tcW w:w="5472" w:type="dxa"/>
          </w:tcPr>
          <w:p w14:paraId="4B616DCE" w14:textId="77777777" w:rsidR="005E535A" w:rsidRDefault="0004717F">
            <w:r>
              <w:t>What is your name?</w:t>
            </w:r>
          </w:p>
        </w:tc>
        <w:tc>
          <w:tcPr>
            <w:tcW w:w="3024" w:type="dxa"/>
          </w:tcPr>
          <w:p w14:paraId="73BE47DB" w14:textId="50287A91" w:rsidR="005E535A" w:rsidRDefault="0004717F">
            <w:r>
              <w:t xml:space="preserve">Jaimie </w:t>
            </w:r>
          </w:p>
        </w:tc>
      </w:tr>
      <w:tr w:rsidR="005E535A" w14:paraId="3016B1A0" w14:textId="77777777">
        <w:tc>
          <w:tcPr>
            <w:tcW w:w="864" w:type="dxa"/>
          </w:tcPr>
          <w:p w14:paraId="1B9A371B" w14:textId="77777777" w:rsidR="005E535A" w:rsidRDefault="0004717F">
            <w:r>
              <w:t>2</w:t>
            </w:r>
          </w:p>
        </w:tc>
        <w:tc>
          <w:tcPr>
            <w:tcW w:w="5472" w:type="dxa"/>
          </w:tcPr>
          <w:p w14:paraId="0640D14B" w14:textId="77777777" w:rsidR="005E535A" w:rsidRDefault="0004717F">
            <w:r>
              <w:t>Which team do you play in?</w:t>
            </w:r>
          </w:p>
        </w:tc>
        <w:tc>
          <w:tcPr>
            <w:tcW w:w="3024" w:type="dxa"/>
          </w:tcPr>
          <w:p w14:paraId="7FA9CC7C" w14:textId="77777777" w:rsidR="005E535A" w:rsidRDefault="0004717F">
            <w:r>
              <w:t>Under 7 Blue Hornets</w:t>
            </w:r>
          </w:p>
        </w:tc>
      </w:tr>
      <w:tr w:rsidR="005E535A" w14:paraId="6D55B89B" w14:textId="77777777">
        <w:tc>
          <w:tcPr>
            <w:tcW w:w="864" w:type="dxa"/>
          </w:tcPr>
          <w:p w14:paraId="71A91546" w14:textId="77777777" w:rsidR="005E535A" w:rsidRDefault="0004717F">
            <w:r>
              <w:t>3</w:t>
            </w:r>
          </w:p>
        </w:tc>
        <w:tc>
          <w:tcPr>
            <w:tcW w:w="5472" w:type="dxa"/>
          </w:tcPr>
          <w:p w14:paraId="7EA20993" w14:textId="77777777" w:rsidR="005E535A" w:rsidRDefault="0004717F">
            <w:r>
              <w:t>What position do you play in?</w:t>
            </w:r>
          </w:p>
        </w:tc>
        <w:tc>
          <w:tcPr>
            <w:tcW w:w="3024" w:type="dxa"/>
          </w:tcPr>
          <w:p w14:paraId="29564304" w14:textId="77777777" w:rsidR="005E535A" w:rsidRDefault="0004717F">
            <w:r>
              <w:t>Striker and Midfield</w:t>
            </w:r>
          </w:p>
        </w:tc>
      </w:tr>
      <w:tr w:rsidR="005E535A" w14:paraId="1EE8EBA1" w14:textId="77777777">
        <w:tc>
          <w:tcPr>
            <w:tcW w:w="864" w:type="dxa"/>
          </w:tcPr>
          <w:p w14:paraId="0C980F71" w14:textId="77777777" w:rsidR="005E535A" w:rsidRDefault="0004717F">
            <w:r>
              <w:t>4</w:t>
            </w:r>
          </w:p>
        </w:tc>
        <w:tc>
          <w:tcPr>
            <w:tcW w:w="5472" w:type="dxa"/>
          </w:tcPr>
          <w:p w14:paraId="409522B7" w14:textId="77777777" w:rsidR="005E535A" w:rsidRDefault="0004717F">
            <w:r>
              <w:t>What is your favourite position on the field?</w:t>
            </w:r>
          </w:p>
        </w:tc>
        <w:tc>
          <w:tcPr>
            <w:tcW w:w="3024" w:type="dxa"/>
          </w:tcPr>
          <w:p w14:paraId="346196F4" w14:textId="77777777" w:rsidR="005E535A" w:rsidRDefault="0004717F">
            <w:r>
              <w:t>Striker</w:t>
            </w:r>
          </w:p>
        </w:tc>
      </w:tr>
      <w:tr w:rsidR="005E535A" w14:paraId="7D46ED9D" w14:textId="77777777">
        <w:tc>
          <w:tcPr>
            <w:tcW w:w="864" w:type="dxa"/>
          </w:tcPr>
          <w:p w14:paraId="68A442EC" w14:textId="77777777" w:rsidR="005E535A" w:rsidRDefault="0004717F">
            <w:r>
              <w:t>5</w:t>
            </w:r>
          </w:p>
        </w:tc>
        <w:tc>
          <w:tcPr>
            <w:tcW w:w="5472" w:type="dxa"/>
          </w:tcPr>
          <w:p w14:paraId="00A843DC" w14:textId="77777777" w:rsidR="005E535A" w:rsidRDefault="0004717F">
            <w:r>
              <w:t>Do you prefer the blue or the orange Maccabi FC shirt?</w:t>
            </w:r>
          </w:p>
        </w:tc>
        <w:tc>
          <w:tcPr>
            <w:tcW w:w="3024" w:type="dxa"/>
          </w:tcPr>
          <w:p w14:paraId="52400685" w14:textId="77777777" w:rsidR="005E535A" w:rsidRDefault="0004717F">
            <w:r>
              <w:t>Blue</w:t>
            </w:r>
          </w:p>
        </w:tc>
      </w:tr>
      <w:tr w:rsidR="005E535A" w14:paraId="008FCE35" w14:textId="77777777">
        <w:tc>
          <w:tcPr>
            <w:tcW w:w="864" w:type="dxa"/>
          </w:tcPr>
          <w:p w14:paraId="2516886A" w14:textId="77777777" w:rsidR="005E535A" w:rsidRDefault="0004717F">
            <w:r>
              <w:t>6</w:t>
            </w:r>
          </w:p>
        </w:tc>
        <w:tc>
          <w:tcPr>
            <w:tcW w:w="5472" w:type="dxa"/>
          </w:tcPr>
          <w:p w14:paraId="6C7BFF08" w14:textId="77777777" w:rsidR="005E535A" w:rsidRDefault="0004717F">
            <w:r>
              <w:t>What is your favourite TV program?</w:t>
            </w:r>
          </w:p>
        </w:tc>
        <w:tc>
          <w:tcPr>
            <w:tcW w:w="3024" w:type="dxa"/>
          </w:tcPr>
          <w:p w14:paraId="6BF3BC68" w14:textId="77777777" w:rsidR="005E535A" w:rsidRDefault="0004717F">
            <w:r>
              <w:t>The Simpsons</w:t>
            </w:r>
          </w:p>
        </w:tc>
      </w:tr>
      <w:tr w:rsidR="005E535A" w14:paraId="065FA469" w14:textId="77777777">
        <w:tc>
          <w:tcPr>
            <w:tcW w:w="864" w:type="dxa"/>
          </w:tcPr>
          <w:p w14:paraId="27E67470" w14:textId="77777777" w:rsidR="005E535A" w:rsidRDefault="0004717F">
            <w:r>
              <w:t>7</w:t>
            </w:r>
          </w:p>
        </w:tc>
        <w:tc>
          <w:tcPr>
            <w:tcW w:w="5472" w:type="dxa"/>
          </w:tcPr>
          <w:p w14:paraId="4F0DB478" w14:textId="77777777" w:rsidR="005E535A" w:rsidRDefault="0004717F">
            <w:r>
              <w:t>Which is your favourite football team?</w:t>
            </w:r>
          </w:p>
        </w:tc>
        <w:tc>
          <w:tcPr>
            <w:tcW w:w="3024" w:type="dxa"/>
          </w:tcPr>
          <w:p w14:paraId="5BD14562" w14:textId="77777777" w:rsidR="005E535A" w:rsidRDefault="0004717F">
            <w:r>
              <w:t>Portugal</w:t>
            </w:r>
          </w:p>
        </w:tc>
      </w:tr>
      <w:tr w:rsidR="005E535A" w14:paraId="5BB4C007" w14:textId="77777777">
        <w:tc>
          <w:tcPr>
            <w:tcW w:w="864" w:type="dxa"/>
          </w:tcPr>
          <w:p w14:paraId="1E330186" w14:textId="77777777" w:rsidR="005E535A" w:rsidRDefault="0004717F">
            <w:r>
              <w:t>8</w:t>
            </w:r>
          </w:p>
        </w:tc>
        <w:tc>
          <w:tcPr>
            <w:tcW w:w="5472" w:type="dxa"/>
          </w:tcPr>
          <w:p w14:paraId="25CE400E" w14:textId="77777777" w:rsidR="005E535A" w:rsidRDefault="0004717F">
            <w:r>
              <w:t>Who is your favourite player?</w:t>
            </w:r>
          </w:p>
        </w:tc>
        <w:tc>
          <w:tcPr>
            <w:tcW w:w="3024" w:type="dxa"/>
          </w:tcPr>
          <w:p w14:paraId="747C32C6" w14:textId="77777777" w:rsidR="005E535A" w:rsidRDefault="0004717F">
            <w:r>
              <w:t>Ronaldo</w:t>
            </w:r>
          </w:p>
        </w:tc>
      </w:tr>
      <w:tr w:rsidR="005E535A" w14:paraId="2306A09B" w14:textId="77777777">
        <w:tc>
          <w:tcPr>
            <w:tcW w:w="864" w:type="dxa"/>
          </w:tcPr>
          <w:p w14:paraId="4037AE2D" w14:textId="77777777" w:rsidR="005E535A" w:rsidRDefault="0004717F">
            <w:r>
              <w:t>9</w:t>
            </w:r>
          </w:p>
        </w:tc>
        <w:tc>
          <w:tcPr>
            <w:tcW w:w="5472" w:type="dxa"/>
          </w:tcPr>
          <w:p w14:paraId="3321C1D3" w14:textId="77777777" w:rsidR="005E535A" w:rsidRDefault="0004717F">
            <w:r>
              <w:t>When did you start playing at Maccabi FC?</w:t>
            </w:r>
          </w:p>
        </w:tc>
        <w:tc>
          <w:tcPr>
            <w:tcW w:w="3024" w:type="dxa"/>
          </w:tcPr>
          <w:p w14:paraId="31158E73" w14:textId="77777777" w:rsidR="005E535A" w:rsidRDefault="0004717F">
            <w:r>
              <w:t>This year</w:t>
            </w:r>
          </w:p>
        </w:tc>
      </w:tr>
      <w:tr w:rsidR="005E535A" w14:paraId="2C375173" w14:textId="77777777">
        <w:tc>
          <w:tcPr>
            <w:tcW w:w="864" w:type="dxa"/>
          </w:tcPr>
          <w:p w14:paraId="504C1115" w14:textId="77777777" w:rsidR="005E535A" w:rsidRDefault="0004717F">
            <w:r>
              <w:t>10</w:t>
            </w:r>
          </w:p>
        </w:tc>
        <w:tc>
          <w:tcPr>
            <w:tcW w:w="5472" w:type="dxa"/>
          </w:tcPr>
          <w:p w14:paraId="11382401" w14:textId="77777777" w:rsidR="005E535A" w:rsidRDefault="0004717F">
            <w:r>
              <w:t>What do you like to eat before a game?</w:t>
            </w:r>
          </w:p>
        </w:tc>
        <w:tc>
          <w:tcPr>
            <w:tcW w:w="3024" w:type="dxa"/>
          </w:tcPr>
          <w:p w14:paraId="31C9F7E1" w14:textId="77777777" w:rsidR="005E535A" w:rsidRDefault="0004717F">
            <w:r>
              <w:t>Toast with Nutella</w:t>
            </w:r>
          </w:p>
        </w:tc>
      </w:tr>
      <w:tr w:rsidR="005E535A" w14:paraId="64A00E82" w14:textId="77777777">
        <w:tc>
          <w:tcPr>
            <w:tcW w:w="864" w:type="dxa"/>
          </w:tcPr>
          <w:p w14:paraId="613C7308" w14:textId="77777777" w:rsidR="005E535A" w:rsidRDefault="0004717F">
            <w:r>
              <w:t>11</w:t>
            </w:r>
          </w:p>
        </w:tc>
        <w:tc>
          <w:tcPr>
            <w:tcW w:w="5472" w:type="dxa"/>
          </w:tcPr>
          <w:p w14:paraId="6715D3F8" w14:textId="77777777" w:rsidR="005E535A" w:rsidRDefault="0004717F">
            <w:r>
              <w:t>Who has been your toughest opposition this year, player and/or team?</w:t>
            </w:r>
          </w:p>
        </w:tc>
        <w:tc>
          <w:tcPr>
            <w:tcW w:w="3024" w:type="dxa"/>
          </w:tcPr>
          <w:p w14:paraId="4B71B7AC" w14:textId="77777777" w:rsidR="005E535A" w:rsidRDefault="0004717F">
            <w:r>
              <w:t>Brighton East</w:t>
            </w:r>
          </w:p>
        </w:tc>
      </w:tr>
      <w:tr w:rsidR="005E535A" w14:paraId="207EE61B" w14:textId="77777777">
        <w:tc>
          <w:tcPr>
            <w:tcW w:w="864" w:type="dxa"/>
          </w:tcPr>
          <w:p w14:paraId="6B5986F0" w14:textId="77777777" w:rsidR="005E535A" w:rsidRDefault="0004717F">
            <w:r>
              <w:t>12</w:t>
            </w:r>
          </w:p>
        </w:tc>
        <w:tc>
          <w:tcPr>
            <w:tcW w:w="5472" w:type="dxa"/>
          </w:tcPr>
          <w:p w14:paraId="649A8CBD" w14:textId="77777777" w:rsidR="005E535A" w:rsidRDefault="0004717F">
            <w:r>
              <w:t>What is your most memorable moment playing football either at Maccabi FC or elsewhere?</w:t>
            </w:r>
          </w:p>
        </w:tc>
        <w:tc>
          <w:tcPr>
            <w:tcW w:w="3024" w:type="dxa"/>
          </w:tcPr>
          <w:p w14:paraId="181609B3" w14:textId="77777777" w:rsidR="005E535A" w:rsidRDefault="0004717F">
            <w:r>
              <w:t>Scoring Goals</w:t>
            </w:r>
          </w:p>
        </w:tc>
      </w:tr>
      <w:tr w:rsidR="005E535A" w14:paraId="25640202" w14:textId="77777777">
        <w:tc>
          <w:tcPr>
            <w:tcW w:w="864" w:type="dxa"/>
          </w:tcPr>
          <w:p w14:paraId="3F4E57A0" w14:textId="77777777" w:rsidR="005E535A" w:rsidRDefault="0004717F">
            <w:r>
              <w:t>13</w:t>
            </w:r>
          </w:p>
        </w:tc>
        <w:tc>
          <w:tcPr>
            <w:tcW w:w="5472" w:type="dxa"/>
          </w:tcPr>
          <w:p w14:paraId="3B846958" w14:textId="77777777" w:rsidR="005E535A" w:rsidRDefault="0004717F">
            <w:r>
              <w:t>What has been your worst experience playing football?</w:t>
            </w:r>
          </w:p>
        </w:tc>
        <w:tc>
          <w:tcPr>
            <w:tcW w:w="3024" w:type="dxa"/>
          </w:tcPr>
          <w:p w14:paraId="61CA351A" w14:textId="77777777" w:rsidR="005E535A" w:rsidRDefault="0004717F">
            <w:r>
              <w:t>Losing</w:t>
            </w:r>
          </w:p>
        </w:tc>
      </w:tr>
      <w:tr w:rsidR="005E535A" w14:paraId="012942C9" w14:textId="77777777">
        <w:tc>
          <w:tcPr>
            <w:tcW w:w="864" w:type="dxa"/>
          </w:tcPr>
          <w:p w14:paraId="08ADDF38" w14:textId="77777777" w:rsidR="005E535A" w:rsidRDefault="0004717F">
            <w:r>
              <w:t>14</w:t>
            </w:r>
          </w:p>
        </w:tc>
        <w:tc>
          <w:tcPr>
            <w:tcW w:w="5472" w:type="dxa"/>
          </w:tcPr>
          <w:p w14:paraId="11592EAE" w14:textId="77777777" w:rsidR="005E535A" w:rsidRDefault="0004717F">
            <w:r>
              <w:t>Has anyone had a great influence on your game and why?</w:t>
            </w:r>
          </w:p>
        </w:tc>
        <w:tc>
          <w:tcPr>
            <w:tcW w:w="3024" w:type="dxa"/>
          </w:tcPr>
          <w:p w14:paraId="256079B1" w14:textId="77777777" w:rsidR="005E535A" w:rsidRDefault="0004717F">
            <w:r>
              <w:t>My dad. He always plays soccer with me.</w:t>
            </w:r>
          </w:p>
        </w:tc>
      </w:tr>
      <w:tr w:rsidR="005E535A" w14:paraId="749F6BF1" w14:textId="77777777">
        <w:tc>
          <w:tcPr>
            <w:tcW w:w="864" w:type="dxa"/>
          </w:tcPr>
          <w:p w14:paraId="26F3D770" w14:textId="77777777" w:rsidR="005E535A" w:rsidRDefault="0004717F">
            <w:r>
              <w:t>15</w:t>
            </w:r>
          </w:p>
        </w:tc>
        <w:tc>
          <w:tcPr>
            <w:tcW w:w="5472" w:type="dxa"/>
          </w:tcPr>
          <w:p w14:paraId="739CA2ED" w14:textId="77777777" w:rsidR="005E535A" w:rsidRDefault="0004717F">
            <w:r>
              <w:t>Now this is the most important question. What do you put on your latkes, sugar or salt?</w:t>
            </w:r>
          </w:p>
        </w:tc>
        <w:tc>
          <w:tcPr>
            <w:tcW w:w="3024" w:type="dxa"/>
          </w:tcPr>
          <w:p w14:paraId="5B234F20" w14:textId="77777777" w:rsidR="005E535A" w:rsidRDefault="0004717F">
            <w:r>
              <w:t>Sugar!</w:t>
            </w:r>
          </w:p>
        </w:tc>
      </w:tr>
      <w:tr w:rsidR="005E535A" w14:paraId="7D4AF891" w14:textId="77777777">
        <w:tc>
          <w:tcPr>
            <w:tcW w:w="864" w:type="dxa"/>
          </w:tcPr>
          <w:p w14:paraId="22FCFD48" w14:textId="77777777" w:rsidR="005E535A" w:rsidRDefault="0004717F">
            <w:r>
              <w:t>16</w:t>
            </w:r>
          </w:p>
        </w:tc>
        <w:tc>
          <w:tcPr>
            <w:tcW w:w="5472" w:type="dxa"/>
          </w:tcPr>
          <w:p w14:paraId="5E8D6907" w14:textId="77777777" w:rsidR="005E535A" w:rsidRDefault="0004717F">
            <w:r>
              <w:t>Do you have any advice for the younger players at the club?</w:t>
            </w:r>
          </w:p>
        </w:tc>
        <w:tc>
          <w:tcPr>
            <w:tcW w:w="3024" w:type="dxa"/>
          </w:tcPr>
          <w:p w14:paraId="72032262" w14:textId="77777777" w:rsidR="005E535A" w:rsidRDefault="0004717F">
            <w:r>
              <w:t>I am the younger player! Soccer is the best!</w:t>
            </w:r>
          </w:p>
        </w:tc>
      </w:tr>
    </w:tbl>
    <w:p w14:paraId="6CD61107" w14:textId="77777777" w:rsidR="0004717F" w:rsidRDefault="0004717F"/>
    <w:sectPr w:rsidR="0004717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294155">
    <w:abstractNumId w:val="8"/>
  </w:num>
  <w:num w:numId="2" w16cid:durableId="791896285">
    <w:abstractNumId w:val="6"/>
  </w:num>
  <w:num w:numId="3" w16cid:durableId="1800606370">
    <w:abstractNumId w:val="5"/>
  </w:num>
  <w:num w:numId="4" w16cid:durableId="219950838">
    <w:abstractNumId w:val="4"/>
  </w:num>
  <w:num w:numId="5" w16cid:durableId="842822130">
    <w:abstractNumId w:val="7"/>
  </w:num>
  <w:num w:numId="6" w16cid:durableId="864247163">
    <w:abstractNumId w:val="3"/>
  </w:num>
  <w:num w:numId="7" w16cid:durableId="1116437975">
    <w:abstractNumId w:val="2"/>
  </w:num>
  <w:num w:numId="8" w16cid:durableId="1740204556">
    <w:abstractNumId w:val="1"/>
  </w:num>
  <w:num w:numId="9" w16cid:durableId="545223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17F"/>
    <w:rsid w:val="0006063C"/>
    <w:rsid w:val="0015074B"/>
    <w:rsid w:val="0029639D"/>
    <w:rsid w:val="002E5F6D"/>
    <w:rsid w:val="00326F90"/>
    <w:rsid w:val="005E535A"/>
    <w:rsid w:val="008A704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71FEA2D-3619-4381-AD10-88F32BCC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Milstein</cp:lastModifiedBy>
  <cp:revision>2</cp:revision>
  <dcterms:created xsi:type="dcterms:W3CDTF">2013-12-23T23:15:00Z</dcterms:created>
  <dcterms:modified xsi:type="dcterms:W3CDTF">2026-10-14T03:06:00Z</dcterms:modified>
  <cp:category/>
</cp:coreProperties>
</file>