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rFonts w:ascii="Calibri" w:hAnsi="Calibri"/>
          <w:b/>
          <w:color w:val="FF8C00"/>
          <w:sz w:val="24"/>
        </w:rPr>
        <w:t>MACCABI FC Caulfield</w:t>
      </w:r>
    </w:p>
    <w:p>
      <w:pPr>
        <w:spacing w:before="0" w:after="120"/>
        <w:jc w:val="center"/>
      </w:pPr>
      <w:r>
        <w:rPr>
          <w:rFonts w:ascii="Arial" w:hAnsi="Arial"/>
          <w:b/>
          <w:color w:val="004B87"/>
          <w:sz w:val="48"/>
        </w:rPr>
        <w:t>Player Spotlight Interview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004B87"/>
            <w:tcMar>
              <w:top w:w="120" w:type="dxa"/>
              <w:bottom w:w="120" w:type="dxa"/>
              <w:left w:w="200" w:type="dxa"/>
              <w:right w:w="200" w:type="dxa"/>
            </w:tcMar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36"/>
              </w:rPr>
              <w:t xml:space="preserve">Milou </w:t>
            </w:r>
            <w:r>
              <w:rPr>
                <w:rFonts w:ascii="Calibri" w:hAnsi="Calibri"/>
                <w:color w:val="FF8C00"/>
                <w:sz w:val="28"/>
              </w:rPr>
              <w:t>•  Mighty Bees</w:t>
            </w:r>
          </w:p>
        </w:tc>
      </w:tr>
    </w:tbl>
    <w:p>
      <w:pPr>
        <w:spacing w:after="2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5472"/>
            <w:shd w:fill="F4F6F9"/>
            <w:tcBorders>
              <w:bottom w:val="single" w:sz="4" w:space="0" w:color="E0E0E0"/>
              <w:top w:val="none"/>
              <w:left w:val="none"/>
              <w:right w:val="none"/>
            </w:tcBorders>
          </w:tcPr>
          <w:p>
            <w:pPr>
              <w:spacing w:before="120" w:after="120"/>
              <w:ind w:left="120" w:right="120"/>
            </w:pPr>
            <w:r>
              <w:rPr>
                <w:b/>
                <w:color w:val="004B87"/>
                <w:sz w:val="20"/>
              </w:rPr>
              <w:t xml:space="preserve">Q1. </w:t>
            </w:r>
            <w:r>
              <w:rPr>
                <w:b/>
                <w:color w:val="1F2937"/>
                <w:sz w:val="21"/>
              </w:rPr>
              <w:t>What is your name?</w:t>
            </w:r>
          </w:p>
        </w:tc>
        <w:tc>
          <w:tcPr>
            <w:tcW w:type="dxa" w:w="3888"/>
            <w:shd w:fill="F4F6F9"/>
            <w:tcBorders>
              <w:bottom w:val="single" w:sz="4" w:space="0" w:color="E0E0E0"/>
              <w:top w:val="none"/>
              <w:left w:val="none"/>
              <w:right w:val="none"/>
            </w:tcBorders>
          </w:tcPr>
          <w:p>
            <w:pPr>
              <w:spacing w:before="120" w:after="120"/>
              <w:ind w:left="120" w:right="120"/>
            </w:pPr>
            <w:r>
              <w:rPr>
                <w:i/>
                <w:color w:val="1F2937"/>
                <w:sz w:val="21"/>
              </w:rPr>
              <w:t>Milou</w:t>
            </w:r>
          </w:p>
        </w:tc>
      </w:tr>
      <w:tr>
        <w:tc>
          <w:tcPr>
            <w:tcW w:type="dxa" w:w="5472"/>
            <w:shd w:fill="FFFFFF"/>
            <w:tcBorders>
              <w:bottom w:val="single" w:sz="4" w:space="0" w:color="E0E0E0"/>
              <w:top w:val="none"/>
              <w:left w:val="none"/>
              <w:right w:val="none"/>
            </w:tcBorders>
          </w:tcPr>
          <w:p>
            <w:pPr>
              <w:spacing w:before="120" w:after="120"/>
              <w:ind w:left="120" w:right="120"/>
            </w:pPr>
            <w:r>
              <w:rPr>
                <w:b/>
                <w:color w:val="004B87"/>
                <w:sz w:val="20"/>
              </w:rPr>
              <w:t xml:space="preserve">Q2. </w:t>
            </w:r>
            <w:r>
              <w:rPr>
                <w:b/>
                <w:color w:val="1F2937"/>
                <w:sz w:val="21"/>
              </w:rPr>
              <w:t>Which team do you play in?</w:t>
            </w:r>
          </w:p>
        </w:tc>
        <w:tc>
          <w:tcPr>
            <w:tcW w:type="dxa" w:w="3888"/>
            <w:shd w:fill="FFFFFF"/>
            <w:tcBorders>
              <w:bottom w:val="single" w:sz="4" w:space="0" w:color="E0E0E0"/>
              <w:top w:val="none"/>
              <w:left w:val="none"/>
              <w:right w:val="none"/>
            </w:tcBorders>
          </w:tcPr>
          <w:p>
            <w:pPr>
              <w:spacing w:before="120" w:after="120"/>
              <w:ind w:left="120" w:right="120"/>
            </w:pPr>
            <w:r>
              <w:rPr>
                <w:i/>
                <w:color w:val="1F2937"/>
                <w:sz w:val="21"/>
              </w:rPr>
              <w:t>Mighty Bees</w:t>
            </w:r>
          </w:p>
        </w:tc>
      </w:tr>
      <w:tr>
        <w:tc>
          <w:tcPr>
            <w:tcW w:type="dxa" w:w="5472"/>
            <w:shd w:fill="F4F6F9"/>
            <w:tcBorders>
              <w:bottom w:val="single" w:sz="4" w:space="0" w:color="E0E0E0"/>
              <w:top w:val="none"/>
              <w:left w:val="none"/>
              <w:right w:val="none"/>
            </w:tcBorders>
          </w:tcPr>
          <w:p>
            <w:pPr>
              <w:spacing w:before="120" w:after="120"/>
              <w:ind w:left="120" w:right="120"/>
            </w:pPr>
            <w:r>
              <w:rPr>
                <w:b/>
                <w:color w:val="004B87"/>
                <w:sz w:val="20"/>
              </w:rPr>
              <w:t xml:space="preserve">Q3. </w:t>
            </w:r>
            <w:r>
              <w:rPr>
                <w:b/>
                <w:color w:val="1F2937"/>
                <w:sz w:val="21"/>
              </w:rPr>
              <w:t>What position do you play in?</w:t>
            </w:r>
          </w:p>
        </w:tc>
        <w:tc>
          <w:tcPr>
            <w:tcW w:type="dxa" w:w="3888"/>
            <w:shd w:fill="F4F6F9"/>
            <w:tcBorders>
              <w:bottom w:val="single" w:sz="4" w:space="0" w:color="E0E0E0"/>
              <w:top w:val="none"/>
              <w:left w:val="none"/>
              <w:right w:val="none"/>
            </w:tcBorders>
          </w:tcPr>
          <w:p>
            <w:pPr>
              <w:spacing w:before="120" w:after="120"/>
              <w:ind w:left="120" w:right="120"/>
            </w:pPr>
            <w:r>
              <w:rPr>
                <w:b/>
                <w:i/>
                <w:color w:val="1F2937"/>
                <w:sz w:val="21"/>
              </w:rPr>
              <w:t>Everywhere</w:t>
            </w:r>
          </w:p>
        </w:tc>
      </w:tr>
      <w:tr>
        <w:tc>
          <w:tcPr>
            <w:tcW w:type="dxa" w:w="5472"/>
            <w:shd w:fill="FFFFFF"/>
            <w:tcBorders>
              <w:bottom w:val="single" w:sz="4" w:space="0" w:color="E0E0E0"/>
              <w:top w:val="none"/>
              <w:left w:val="none"/>
              <w:right w:val="none"/>
            </w:tcBorders>
          </w:tcPr>
          <w:p>
            <w:pPr>
              <w:spacing w:before="120" w:after="120"/>
              <w:ind w:left="120" w:right="120"/>
            </w:pPr>
            <w:r>
              <w:rPr>
                <w:b/>
                <w:color w:val="004B87"/>
                <w:sz w:val="20"/>
              </w:rPr>
              <w:t xml:space="preserve">Q4. </w:t>
            </w:r>
            <w:r>
              <w:rPr>
                <w:b/>
                <w:color w:val="1F2937"/>
                <w:sz w:val="21"/>
              </w:rPr>
              <w:t>What is your favourite position on the field?</w:t>
            </w:r>
          </w:p>
        </w:tc>
        <w:tc>
          <w:tcPr>
            <w:tcW w:type="dxa" w:w="3888"/>
            <w:shd w:fill="FFFFFF"/>
            <w:tcBorders>
              <w:bottom w:val="single" w:sz="4" w:space="0" w:color="E0E0E0"/>
              <w:top w:val="none"/>
              <w:left w:val="none"/>
              <w:right w:val="none"/>
            </w:tcBorders>
          </w:tcPr>
          <w:p>
            <w:pPr>
              <w:spacing w:before="120" w:after="120"/>
              <w:ind w:left="120" w:right="120"/>
            </w:pPr>
            <w:r>
              <w:rPr>
                <w:i/>
                <w:color w:val="1F2937"/>
                <w:sz w:val="21"/>
              </w:rPr>
              <w:t>Scoring goals!</w:t>
            </w:r>
          </w:p>
        </w:tc>
      </w:tr>
      <w:tr>
        <w:tc>
          <w:tcPr>
            <w:tcW w:type="dxa" w:w="5472"/>
            <w:shd w:fill="F4F6F9"/>
            <w:tcBorders>
              <w:bottom w:val="single" w:sz="4" w:space="0" w:color="E0E0E0"/>
              <w:top w:val="none"/>
              <w:left w:val="none"/>
              <w:right w:val="none"/>
            </w:tcBorders>
          </w:tcPr>
          <w:p>
            <w:pPr>
              <w:spacing w:before="120" w:after="120"/>
              <w:ind w:left="120" w:right="120"/>
            </w:pPr>
            <w:r>
              <w:rPr>
                <w:b/>
                <w:color w:val="004B87"/>
                <w:sz w:val="20"/>
              </w:rPr>
              <w:t xml:space="preserve">Q5. </w:t>
            </w:r>
            <w:r>
              <w:rPr>
                <w:b/>
                <w:color w:val="1F2937"/>
                <w:sz w:val="21"/>
              </w:rPr>
              <w:t>Do you prefer the blue or the orange Maccabi FC shirt?</w:t>
            </w:r>
          </w:p>
        </w:tc>
        <w:tc>
          <w:tcPr>
            <w:tcW w:type="dxa" w:w="3888"/>
            <w:shd w:fill="F4F6F9"/>
            <w:tcBorders>
              <w:bottom w:val="single" w:sz="4" w:space="0" w:color="E0E0E0"/>
              <w:top w:val="none"/>
              <w:left w:val="none"/>
              <w:right w:val="none"/>
            </w:tcBorders>
          </w:tcPr>
          <w:p>
            <w:pPr>
              <w:spacing w:before="120" w:after="120"/>
              <w:ind w:left="120" w:right="120"/>
            </w:pPr>
            <w:r>
              <w:rPr>
                <w:i/>
                <w:color w:val="004B87"/>
                <w:sz w:val="21"/>
              </w:rPr>
              <w:t>Blue, my favourite colour</w:t>
            </w:r>
          </w:p>
        </w:tc>
      </w:tr>
      <w:tr>
        <w:tc>
          <w:tcPr>
            <w:tcW w:type="dxa" w:w="5472"/>
            <w:shd w:fill="FFFFFF"/>
            <w:tcBorders>
              <w:bottom w:val="single" w:sz="4" w:space="0" w:color="E0E0E0"/>
              <w:top w:val="none"/>
              <w:left w:val="none"/>
              <w:right w:val="none"/>
            </w:tcBorders>
          </w:tcPr>
          <w:p>
            <w:pPr>
              <w:spacing w:before="120" w:after="120"/>
              <w:ind w:left="120" w:right="120"/>
            </w:pPr>
            <w:r>
              <w:rPr>
                <w:b/>
                <w:color w:val="004B87"/>
                <w:sz w:val="20"/>
              </w:rPr>
              <w:t xml:space="preserve">Q6. </w:t>
            </w:r>
            <w:r>
              <w:rPr>
                <w:b/>
                <w:color w:val="1F2937"/>
                <w:sz w:val="21"/>
              </w:rPr>
              <w:t>What is your favourite TV program?</w:t>
            </w:r>
          </w:p>
        </w:tc>
        <w:tc>
          <w:tcPr>
            <w:tcW w:type="dxa" w:w="3888"/>
            <w:shd w:fill="FFFFFF"/>
            <w:tcBorders>
              <w:bottom w:val="single" w:sz="4" w:space="0" w:color="E0E0E0"/>
              <w:top w:val="none"/>
              <w:left w:val="none"/>
              <w:right w:val="none"/>
            </w:tcBorders>
          </w:tcPr>
          <w:p>
            <w:pPr>
              <w:spacing w:before="120" w:after="120"/>
              <w:ind w:left="120" w:right="120"/>
            </w:pPr>
            <w:r>
              <w:rPr>
                <w:i/>
                <w:color w:val="004B87"/>
                <w:sz w:val="21"/>
              </w:rPr>
              <w:t>Bluey</w:t>
            </w:r>
          </w:p>
        </w:tc>
      </w:tr>
      <w:tr>
        <w:tc>
          <w:tcPr>
            <w:tcW w:type="dxa" w:w="5472"/>
            <w:shd w:fill="F4F6F9"/>
            <w:tcBorders>
              <w:bottom w:val="single" w:sz="4" w:space="0" w:color="E0E0E0"/>
              <w:top w:val="none"/>
              <w:left w:val="none"/>
              <w:right w:val="none"/>
            </w:tcBorders>
          </w:tcPr>
          <w:p>
            <w:pPr>
              <w:spacing w:before="120" w:after="120"/>
              <w:ind w:left="120" w:right="120"/>
            </w:pPr>
            <w:r>
              <w:rPr>
                <w:b/>
                <w:color w:val="004B87"/>
                <w:sz w:val="20"/>
              </w:rPr>
              <w:t xml:space="preserve">Q7. </w:t>
            </w:r>
            <w:r>
              <w:rPr>
                <w:b/>
                <w:color w:val="1F2937"/>
                <w:sz w:val="21"/>
              </w:rPr>
              <w:t>Which is your favourite warm up exercise?</w:t>
            </w:r>
          </w:p>
        </w:tc>
        <w:tc>
          <w:tcPr>
            <w:tcW w:type="dxa" w:w="3888"/>
            <w:shd w:fill="F4F6F9"/>
            <w:tcBorders>
              <w:bottom w:val="single" w:sz="4" w:space="0" w:color="E0E0E0"/>
              <w:top w:val="none"/>
              <w:left w:val="none"/>
              <w:right w:val="none"/>
            </w:tcBorders>
          </w:tcPr>
          <w:p>
            <w:pPr>
              <w:spacing w:before="120" w:after="120"/>
              <w:ind w:left="120" w:right="120"/>
            </w:pPr>
            <w:r>
              <w:rPr>
                <w:i/>
                <w:color w:val="1F2937"/>
                <w:sz w:val="21"/>
              </w:rPr>
              <w:t>Doing the Dab</w:t>
            </w:r>
          </w:p>
        </w:tc>
      </w:tr>
      <w:tr>
        <w:tc>
          <w:tcPr>
            <w:tcW w:type="dxa" w:w="5472"/>
            <w:shd w:fill="FFFFFF"/>
            <w:tcBorders>
              <w:bottom w:val="single" w:sz="4" w:space="0" w:color="E0E0E0"/>
              <w:top w:val="none"/>
              <w:left w:val="none"/>
              <w:right w:val="none"/>
            </w:tcBorders>
          </w:tcPr>
          <w:p>
            <w:pPr>
              <w:spacing w:before="120" w:after="120"/>
              <w:ind w:left="120" w:right="120"/>
            </w:pPr>
            <w:r>
              <w:rPr>
                <w:b/>
                <w:color w:val="004B87"/>
                <w:sz w:val="20"/>
              </w:rPr>
              <w:t xml:space="preserve">Q8. </w:t>
            </w:r>
            <w:r>
              <w:rPr>
                <w:b/>
                <w:color w:val="1F2937"/>
                <w:sz w:val="21"/>
              </w:rPr>
              <w:t>When did you start playing at Maccabi FC?</w:t>
            </w:r>
          </w:p>
        </w:tc>
        <w:tc>
          <w:tcPr>
            <w:tcW w:type="dxa" w:w="3888"/>
            <w:shd w:fill="FFFFFF"/>
            <w:tcBorders>
              <w:bottom w:val="single" w:sz="4" w:space="0" w:color="E0E0E0"/>
              <w:top w:val="none"/>
              <w:left w:val="none"/>
              <w:right w:val="none"/>
            </w:tcBorders>
          </w:tcPr>
          <w:p>
            <w:pPr>
              <w:spacing w:before="120" w:after="120"/>
              <w:ind w:left="120" w:right="120"/>
            </w:pPr>
            <w:r>
              <w:rPr>
                <w:i/>
                <w:color w:val="1F2937"/>
                <w:sz w:val="21"/>
              </w:rPr>
              <w:t>2025</w:t>
            </w:r>
          </w:p>
        </w:tc>
      </w:tr>
      <w:tr>
        <w:tc>
          <w:tcPr>
            <w:tcW w:type="dxa" w:w="5472"/>
            <w:shd w:fill="F4F6F9"/>
            <w:tcBorders>
              <w:bottom w:val="single" w:sz="4" w:space="0" w:color="E0E0E0"/>
              <w:top w:val="none"/>
              <w:left w:val="none"/>
              <w:right w:val="none"/>
            </w:tcBorders>
          </w:tcPr>
          <w:p>
            <w:pPr>
              <w:spacing w:before="120" w:after="120"/>
              <w:ind w:left="120" w:right="120"/>
            </w:pPr>
            <w:r>
              <w:rPr>
                <w:b/>
                <w:color w:val="004B87"/>
                <w:sz w:val="20"/>
              </w:rPr>
              <w:t xml:space="preserve">Q9. </w:t>
            </w:r>
            <w:r>
              <w:rPr>
                <w:b/>
                <w:color w:val="1F2937"/>
                <w:sz w:val="21"/>
              </w:rPr>
              <w:t>What do you like to eat before a game?</w:t>
            </w:r>
          </w:p>
        </w:tc>
        <w:tc>
          <w:tcPr>
            <w:tcW w:type="dxa" w:w="3888"/>
            <w:shd w:fill="F4F6F9"/>
            <w:tcBorders>
              <w:bottom w:val="single" w:sz="4" w:space="0" w:color="E0E0E0"/>
              <w:top w:val="none"/>
              <w:left w:val="none"/>
              <w:right w:val="none"/>
            </w:tcBorders>
          </w:tcPr>
          <w:p>
            <w:pPr>
              <w:spacing w:before="120" w:after="120"/>
              <w:ind w:left="120" w:right="120"/>
            </w:pPr>
            <w:r>
              <w:rPr>
                <w:i/>
                <w:color w:val="1F2937"/>
                <w:sz w:val="21"/>
              </w:rPr>
              <w:t>A big breakfast with fruit and eggs</w:t>
            </w:r>
          </w:p>
        </w:tc>
      </w:tr>
      <w:tr>
        <w:tc>
          <w:tcPr>
            <w:tcW w:type="dxa" w:w="5472"/>
            <w:shd w:fill="FFFFFF"/>
            <w:tcBorders>
              <w:bottom w:val="single" w:sz="4" w:space="0" w:color="E0E0E0"/>
              <w:top w:val="none"/>
              <w:left w:val="none"/>
              <w:right w:val="none"/>
            </w:tcBorders>
          </w:tcPr>
          <w:p>
            <w:pPr>
              <w:spacing w:before="120" w:after="120"/>
              <w:ind w:left="120" w:right="120"/>
            </w:pPr>
            <w:r>
              <w:rPr>
                <w:b/>
                <w:color w:val="004B87"/>
                <w:sz w:val="20"/>
              </w:rPr>
              <w:t xml:space="preserve">Q10. </w:t>
            </w:r>
            <w:r>
              <w:rPr>
                <w:b/>
                <w:color w:val="1F2937"/>
                <w:sz w:val="21"/>
              </w:rPr>
              <w:t>Who has been your toughest opposition this year, player and/or team?</w:t>
            </w:r>
          </w:p>
        </w:tc>
        <w:tc>
          <w:tcPr>
            <w:tcW w:type="dxa" w:w="3888"/>
            <w:shd w:fill="FFFFFF"/>
            <w:tcBorders>
              <w:bottom w:val="single" w:sz="4" w:space="0" w:color="E0E0E0"/>
              <w:top w:val="none"/>
              <w:left w:val="none"/>
              <w:right w:val="none"/>
            </w:tcBorders>
          </w:tcPr>
          <w:p>
            <w:pPr>
              <w:spacing w:before="120" w:after="120"/>
              <w:ind w:left="120" w:right="120"/>
            </w:pPr>
            <w:r>
              <w:rPr>
                <w:i/>
                <w:color w:val="1F2937"/>
                <w:sz w:val="21"/>
              </w:rPr>
              <w:t>Playing against the Mum’s and Dad’s – they are all so tall.</w:t>
            </w:r>
          </w:p>
        </w:tc>
      </w:tr>
      <w:tr>
        <w:tc>
          <w:tcPr>
            <w:tcW w:type="dxa" w:w="5472"/>
            <w:shd w:fill="F4F6F9"/>
            <w:tcBorders>
              <w:bottom w:val="single" w:sz="4" w:space="0" w:color="E0E0E0"/>
              <w:top w:val="none"/>
              <w:left w:val="none"/>
              <w:right w:val="none"/>
            </w:tcBorders>
          </w:tcPr>
          <w:p>
            <w:pPr>
              <w:spacing w:before="120" w:after="120"/>
              <w:ind w:left="120" w:right="120"/>
            </w:pPr>
            <w:r>
              <w:rPr>
                <w:b/>
                <w:color w:val="004B87"/>
                <w:sz w:val="20"/>
              </w:rPr>
              <w:t xml:space="preserve">Q11. </w:t>
            </w:r>
            <w:r>
              <w:rPr>
                <w:b/>
                <w:color w:val="1F2937"/>
                <w:sz w:val="21"/>
              </w:rPr>
              <w:t>What is your most memorable moment playing football either at Maccabi FC or elsewhere?</w:t>
            </w:r>
          </w:p>
        </w:tc>
        <w:tc>
          <w:tcPr>
            <w:tcW w:type="dxa" w:w="3888"/>
            <w:shd w:fill="F4F6F9"/>
            <w:tcBorders>
              <w:bottom w:val="single" w:sz="4" w:space="0" w:color="E0E0E0"/>
              <w:top w:val="none"/>
              <w:left w:val="none"/>
              <w:right w:val="none"/>
            </w:tcBorders>
          </w:tcPr>
          <w:p>
            <w:pPr>
              <w:spacing w:before="120" w:after="120"/>
              <w:ind w:left="120" w:right="120"/>
            </w:pPr>
            <w:r>
              <w:rPr>
                <w:i/>
                <w:color w:val="004B87"/>
                <w:sz w:val="21"/>
              </w:rPr>
              <w:t>Tricking Coach Danny to look at the sky while I kick a goal</w:t>
            </w:r>
          </w:p>
        </w:tc>
      </w:tr>
      <w:tr>
        <w:tc>
          <w:tcPr>
            <w:tcW w:type="dxa" w:w="5472"/>
            <w:shd w:fill="FFFFFF"/>
            <w:tcBorders>
              <w:bottom w:val="single" w:sz="4" w:space="0" w:color="E0E0E0"/>
              <w:top w:val="none"/>
              <w:left w:val="none"/>
              <w:right w:val="none"/>
            </w:tcBorders>
          </w:tcPr>
          <w:p>
            <w:pPr>
              <w:spacing w:before="120" w:after="120"/>
              <w:ind w:left="120" w:right="120"/>
            </w:pPr>
            <w:r>
              <w:rPr>
                <w:b/>
                <w:color w:val="004B87"/>
                <w:sz w:val="20"/>
              </w:rPr>
              <w:t xml:space="preserve">Q12. </w:t>
            </w:r>
            <w:r>
              <w:rPr>
                <w:b/>
                <w:color w:val="1F2937"/>
                <w:sz w:val="21"/>
              </w:rPr>
              <w:t>What has been your worst experience playing football?</w:t>
            </w:r>
          </w:p>
        </w:tc>
        <w:tc>
          <w:tcPr>
            <w:tcW w:type="dxa" w:w="3888"/>
            <w:shd w:fill="FFFFFF"/>
            <w:tcBorders>
              <w:bottom w:val="single" w:sz="4" w:space="0" w:color="E0E0E0"/>
              <w:top w:val="none"/>
              <w:left w:val="none"/>
              <w:right w:val="none"/>
            </w:tcBorders>
          </w:tcPr>
          <w:p>
            <w:pPr>
              <w:spacing w:before="120" w:after="120"/>
              <w:ind w:left="120" w:right="120"/>
            </w:pPr>
            <w:r>
              <w:rPr>
                <w:i/>
                <w:color w:val="1F2937"/>
                <w:sz w:val="21"/>
              </w:rPr>
              <w:t>When we play Kaboom – I don’t like it</w:t>
            </w:r>
          </w:p>
        </w:tc>
      </w:tr>
      <w:tr>
        <w:tc>
          <w:tcPr>
            <w:tcW w:type="dxa" w:w="5472"/>
            <w:shd w:fill="F4F6F9"/>
            <w:tcBorders>
              <w:bottom w:val="single" w:sz="4" w:space="0" w:color="E0E0E0"/>
              <w:top w:val="none"/>
              <w:left w:val="none"/>
              <w:right w:val="none"/>
            </w:tcBorders>
          </w:tcPr>
          <w:p>
            <w:pPr>
              <w:spacing w:before="120" w:after="120"/>
              <w:ind w:left="120" w:right="120"/>
            </w:pPr>
            <w:r>
              <w:rPr>
                <w:b/>
                <w:color w:val="004B87"/>
                <w:sz w:val="20"/>
              </w:rPr>
              <w:t xml:space="preserve">Q13. </w:t>
            </w:r>
            <w:r>
              <w:rPr>
                <w:b/>
                <w:color w:val="1F2937"/>
                <w:sz w:val="21"/>
              </w:rPr>
              <w:t>Has anyone had a great influence on your game and why?</w:t>
            </w:r>
          </w:p>
        </w:tc>
        <w:tc>
          <w:tcPr>
            <w:tcW w:type="dxa" w:w="3888"/>
            <w:shd w:fill="F4F6F9"/>
            <w:tcBorders>
              <w:bottom w:val="single" w:sz="4" w:space="0" w:color="E0E0E0"/>
              <w:top w:val="none"/>
              <w:left w:val="none"/>
              <w:right w:val="none"/>
            </w:tcBorders>
          </w:tcPr>
          <w:p>
            <w:pPr>
              <w:spacing w:before="120" w:after="120"/>
              <w:ind w:left="120" w:right="120"/>
            </w:pPr>
            <w:r>
              <w:rPr>
                <w:i/>
                <w:color w:val="004B87"/>
                <w:sz w:val="21"/>
              </w:rPr>
              <w:t>Coach Danny because he stays all day to show me what to do.</w:t>
            </w:r>
          </w:p>
        </w:tc>
      </w:tr>
      <w:tr>
        <w:tc>
          <w:tcPr>
            <w:tcW w:type="dxa" w:w="5472"/>
            <w:shd w:fill="FFFFFF"/>
            <w:tcBorders>
              <w:bottom w:val="single" w:sz="4" w:space="0" w:color="E0E0E0"/>
              <w:top w:val="none"/>
              <w:left w:val="none"/>
              <w:right w:val="none"/>
            </w:tcBorders>
          </w:tcPr>
          <w:p>
            <w:pPr>
              <w:spacing w:before="120" w:after="120"/>
              <w:ind w:left="120" w:right="120"/>
            </w:pPr>
            <w:r>
              <w:rPr>
                <w:b/>
                <w:color w:val="004B87"/>
                <w:sz w:val="20"/>
              </w:rPr>
              <w:t xml:space="preserve">Q14. </w:t>
            </w:r>
            <w:r>
              <w:rPr>
                <w:b/>
                <w:color w:val="1F2937"/>
                <w:sz w:val="21"/>
              </w:rPr>
              <w:t>Who do you like passing the ball to in your team?</w:t>
            </w:r>
          </w:p>
        </w:tc>
        <w:tc>
          <w:tcPr>
            <w:tcW w:type="dxa" w:w="3888"/>
            <w:shd w:fill="FFFFFF"/>
            <w:tcBorders>
              <w:bottom w:val="single" w:sz="4" w:space="0" w:color="E0E0E0"/>
              <w:top w:val="none"/>
              <w:left w:val="none"/>
              <w:right w:val="none"/>
            </w:tcBorders>
          </w:tcPr>
          <w:p>
            <w:pPr>
              <w:spacing w:before="120" w:after="120"/>
              <w:ind w:left="120" w:right="120"/>
            </w:pPr>
            <w:r>
              <w:rPr>
                <w:i/>
                <w:color w:val="1F2937"/>
                <w:sz w:val="21"/>
              </w:rPr>
              <w:t>Ty, he is so good at playing</w:t>
            </w:r>
          </w:p>
        </w:tc>
      </w:tr>
      <w:tr>
        <w:tc>
          <w:tcPr>
            <w:tcW w:type="dxa" w:w="5472"/>
            <w:shd w:fill="F4F6F9"/>
            <w:tcBorders>
              <w:bottom w:val="single" w:sz="4" w:space="0" w:color="E0E0E0"/>
              <w:top w:val="none"/>
              <w:left w:val="none"/>
              <w:right w:val="none"/>
            </w:tcBorders>
          </w:tcPr>
          <w:p>
            <w:pPr>
              <w:spacing w:before="120" w:after="120"/>
              <w:ind w:left="120" w:right="120"/>
            </w:pPr>
            <w:r>
              <w:rPr>
                <w:b/>
                <w:color w:val="004B87"/>
                <w:sz w:val="20"/>
              </w:rPr>
              <w:t xml:space="preserve">Q15. </w:t>
            </w:r>
            <w:r>
              <w:rPr>
                <w:b/>
                <w:color w:val="1F2937"/>
                <w:sz w:val="21"/>
              </w:rPr>
              <w:t>Now this is the most important question. What do you put on your latkes, sugar or salt?</w:t>
            </w:r>
          </w:p>
        </w:tc>
        <w:tc>
          <w:tcPr>
            <w:tcW w:type="dxa" w:w="3888"/>
            <w:shd w:fill="F4F6F9"/>
            <w:tcBorders>
              <w:bottom w:val="single" w:sz="4" w:space="0" w:color="E0E0E0"/>
              <w:top w:val="none"/>
              <w:left w:val="none"/>
              <w:right w:val="none"/>
            </w:tcBorders>
          </w:tcPr>
          <w:p>
            <w:pPr>
              <w:spacing w:before="120" w:after="120"/>
              <w:ind w:left="120" w:right="120"/>
            </w:pPr>
            <w:r>
              <w:rPr>
                <w:b/>
                <w:i/>
                <w:color w:val="004B87"/>
                <w:sz w:val="21"/>
              </w:rPr>
              <w:t>Sugar every time!</w:t>
            </w:r>
          </w:p>
        </w:tc>
      </w:tr>
      <w:tr>
        <w:tc>
          <w:tcPr>
            <w:tcW w:type="dxa" w:w="5472"/>
            <w:shd w:fill="FFFFFF"/>
            <w:tcBorders>
              <w:bottom w:val="single" w:sz="4" w:space="0" w:color="E0E0E0"/>
              <w:top w:val="none"/>
              <w:left w:val="none"/>
              <w:right w:val="none"/>
            </w:tcBorders>
          </w:tcPr>
          <w:p>
            <w:pPr>
              <w:spacing w:before="120" w:after="120"/>
              <w:ind w:left="120" w:right="120"/>
            </w:pPr>
            <w:r>
              <w:rPr>
                <w:b/>
                <w:color w:val="004B87"/>
                <w:sz w:val="20"/>
              </w:rPr>
              <w:t xml:space="preserve">Q16. </w:t>
            </w:r>
            <w:r>
              <w:rPr>
                <w:b/>
                <w:color w:val="1F2937"/>
                <w:sz w:val="21"/>
              </w:rPr>
              <w:t>Do you have any advice for the younger players at the club?</w:t>
            </w:r>
          </w:p>
        </w:tc>
        <w:tc>
          <w:tcPr>
            <w:tcW w:type="dxa" w:w="3888"/>
            <w:shd w:fill="FFFFFF"/>
            <w:tcBorders>
              <w:bottom w:val="single" w:sz="4" w:space="0" w:color="E0E0E0"/>
              <w:top w:val="none"/>
              <w:left w:val="none"/>
              <w:right w:val="none"/>
            </w:tcBorders>
          </w:tcPr>
          <w:p>
            <w:pPr>
              <w:spacing w:before="120" w:after="120"/>
              <w:ind w:left="120" w:right="120"/>
            </w:pPr>
            <w:r>
              <w:rPr>
                <w:i/>
                <w:color w:val="1F2937"/>
                <w:sz w:val="21"/>
              </w:rPr>
              <w:t>Eat breakfast before you come and don’t forget your water bottle!</w:t>
            </w:r>
          </w:p>
        </w:tc>
      </w:tr>
    </w:tbl>
    <w:p>
      <w:pPr>
        <w:spacing w:after="2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FF3E0"/>
            <w:tcBorders>
              <w:left w:val="single" w:sz="24" w:space="0" w:color="FF8C00"/>
              <w:top w:val="none"/>
              <w:bottom w:val="none"/>
              <w:right w:val="none"/>
            </w:tcBorders>
          </w:tcPr>
          <w:p>
            <w:pPr>
              <w:spacing w:before="160" w:after="160"/>
              <w:ind w:left="240"/>
            </w:pPr>
            <w:r>
              <w:rPr>
                <w:b/>
                <w:color w:val="FF8C00"/>
                <w:sz w:val="22"/>
              </w:rPr>
              <w:t xml:space="preserve">⭐ Player Advice: </w:t>
            </w:r>
            <w:r>
              <w:rPr>
                <w:b/>
                <w:i/>
                <w:color w:val="1F2937"/>
                <w:sz w:val="22"/>
              </w:rPr>
              <w:t>“Eat breakfast before you come and don’t forget your water bottle!”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