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936"/>
      </w:tblGrid>
      <w:tr>
        <w:tc>
          <w:tcPr>
            <w:tcW w:type="dxa" w:w="9936"/>
            <w:shd w:fill="0B2C5C"/>
            <w:tcMar>
              <w:top w:w="200" w:type="dxa"/>
              <w:bottom w:w="200" w:type="dxa"/>
              <w:left w:w="200" w:type="dxa"/>
              <w:right w:w="200" w:type="dxa"/>
            </w:tcMar>
          </w:tcPr>
          <w:p>
            <w:pPr>
              <w:jc w:val="center"/>
            </w:pPr>
            <w:r>
              <w:rPr>
                <w:rFonts w:ascii="Arial" w:hAnsi="Arial"/>
                <w:b/>
                <w:color w:val="E65100"/>
                <w:sz w:val="24"/>
              </w:rPr>
              <w:t>MACCABI FC CAULFIELD</w:t>
            </w:r>
          </w:p>
          <w:p>
            <w:pPr>
              <w:jc w:val="center"/>
            </w:pPr>
            <w:r>
              <w:rPr>
                <w:rFonts w:ascii="Arial Black" w:hAnsi="Arial Black"/>
                <w:b/>
                <w:color w:val="FFFFFF"/>
                <w:sz w:val="44"/>
              </w:rPr>
              <w:t>PLAYER FEATURE: 16 QUESTIONS</w:t>
            </w:r>
          </w:p>
          <w:p>
            <w:pPr>
              <w:jc w:val="center"/>
            </w:pPr>
            <w:r>
              <w:rPr>
                <w:rFonts w:ascii="Arial" w:hAnsi="Arial"/>
                <w:i/>
                <w:color w:val="DCDCDC"/>
                <w:sz w:val="22"/>
              </w:rPr>
              <w:t>Spotlight on Ezra Goodhardt • U14 Maccabi Blue</w:t>
            </w:r>
          </w:p>
        </w:tc>
      </w:tr>
    </w:tbl>
    <w:p/>
    <w:tbl>
      <w:tblPr>
        <w:tblW w:type="auto" w:w="0"/>
        <w:jc w:val="center"/>
        <w:tblLook w:firstColumn="1" w:firstRow="1" w:lastColumn="0" w:lastRow="0" w:noHBand="0" w:noVBand="1" w:val="04A0"/>
      </w:tblPr>
      <w:tblGrid>
        <w:gridCol w:w="9936"/>
      </w:tblGrid>
      <w:tr>
        <w:tc>
          <w:tcPr>
            <w:tcW w:type="dxa" w:w="9936"/>
            <w:shd w:fill="F4F6F9"/>
            <w:tcMar>
              <w:top w:w="120" w:type="dxa"/>
              <w:bottom w:w="120" w:type="dxa"/>
              <w:left w:w="180" w:type="dxa"/>
              <w:right w:w="180" w:type="dxa"/>
            </w:tcMar>
            <w:tcBorders>
              <w:top w:val="single" w:sz="4" w:space="0" w:color="CCCCCC"/>
              <w:left w:val="single" w:sz="24" w:space="0" w:color="E65100"/>
              <w:bottom w:val="single" w:sz="4" w:space="0" w:color="CCCCCC"/>
              <w:right w:val="single" w:sz="4" w:space="0" w:color="CCCCCC"/>
            </w:tcBorders>
          </w:tcPr>
          <w:p>
            <w:pPr>
              <w:spacing w:before="40" w:after="80"/>
            </w:pPr>
            <w:r>
              <w:rPr>
                <w:rFonts w:ascii="Arial" w:hAnsi="Arial"/>
                <w:b/>
                <w:color w:val="E65100"/>
                <w:sz w:val="22"/>
              </w:rPr>
              <w:t xml:space="preserve">Q1. </w:t>
            </w:r>
            <w:r>
              <w:rPr>
                <w:rFonts w:ascii="Arial" w:hAnsi="Arial"/>
                <w:b/>
                <w:color w:val="0B2C5C"/>
                <w:sz w:val="22"/>
              </w:rPr>
              <w:t>What is your name?</w:t>
            </w:r>
          </w:p>
          <w:p>
            <w:pPr>
              <w:spacing w:before="0" w:after="40"/>
            </w:pPr>
            <w:r>
              <w:rPr>
                <w:rFonts w:ascii="Arial" w:hAnsi="Arial"/>
                <w:b/>
                <w:color w:val="0B2C5C"/>
                <w:sz w:val="21"/>
              </w:rPr>
              <w:t xml:space="preserve">Answer: </w:t>
            </w:r>
            <w:r>
              <w:rPr>
                <w:rFonts w:ascii="Arial" w:hAnsi="Arial"/>
                <w:color w:val="333333"/>
                <w:sz w:val="21"/>
              </w:rPr>
              <w:t>Ezra Goodhardt</w:t>
            </w:r>
          </w:p>
        </w:tc>
      </w:tr>
    </w:tbl>
    <w:p>
      <w:pPr>
        <w:spacing w:before="0" w:after="80"/>
      </w:pPr>
    </w:p>
    <w:tbl>
      <w:tblPr>
        <w:tblW w:type="auto" w:w="0"/>
        <w:jc w:val="center"/>
        <w:tblLook w:firstColumn="1" w:firstRow="1" w:lastColumn="0" w:lastRow="0" w:noHBand="0" w:noVBand="1" w:val="04A0"/>
      </w:tblPr>
      <w:tblGrid>
        <w:gridCol w:w="9936"/>
      </w:tblGrid>
      <w:tr>
        <w:tc>
          <w:tcPr>
            <w:tcW w:type="dxa" w:w="9936"/>
            <w:shd w:fill="F4F6F9"/>
            <w:tcMar>
              <w:top w:w="120" w:type="dxa"/>
              <w:bottom w:w="120" w:type="dxa"/>
              <w:left w:w="180" w:type="dxa"/>
              <w:right w:w="180" w:type="dxa"/>
            </w:tcMar>
            <w:tcBorders>
              <w:top w:val="single" w:sz="4" w:space="0" w:color="CCCCCC"/>
              <w:left w:val="single" w:sz="24" w:space="0" w:color="E65100"/>
              <w:bottom w:val="single" w:sz="4" w:space="0" w:color="CCCCCC"/>
              <w:right w:val="single" w:sz="4" w:space="0" w:color="CCCCCC"/>
            </w:tcBorders>
          </w:tcPr>
          <w:p>
            <w:pPr>
              <w:spacing w:before="40" w:after="80"/>
            </w:pPr>
            <w:r>
              <w:rPr>
                <w:rFonts w:ascii="Arial" w:hAnsi="Arial"/>
                <w:b/>
                <w:color w:val="E65100"/>
                <w:sz w:val="22"/>
              </w:rPr>
              <w:t xml:space="preserve">Q2. </w:t>
            </w:r>
            <w:r>
              <w:rPr>
                <w:rFonts w:ascii="Arial" w:hAnsi="Arial"/>
                <w:b/>
                <w:color w:val="0B2C5C"/>
                <w:sz w:val="22"/>
              </w:rPr>
              <w:t>Which team do you play in?</w:t>
            </w:r>
          </w:p>
          <w:p>
            <w:pPr>
              <w:spacing w:before="0" w:after="40"/>
            </w:pPr>
            <w:r>
              <w:rPr>
                <w:rFonts w:ascii="Arial" w:hAnsi="Arial"/>
                <w:b/>
                <w:color w:val="0B2C5C"/>
                <w:sz w:val="21"/>
              </w:rPr>
              <w:t xml:space="preserve">Answer: </w:t>
            </w:r>
            <w:r>
              <w:rPr>
                <w:rFonts w:ascii="Arial" w:hAnsi="Arial"/>
                <w:color w:val="333333"/>
                <w:sz w:val="21"/>
              </w:rPr>
              <w:t>U14 Maccabi Blue</w:t>
            </w:r>
          </w:p>
        </w:tc>
      </w:tr>
    </w:tbl>
    <w:p>
      <w:pPr>
        <w:spacing w:before="0" w:after="80"/>
      </w:pPr>
    </w:p>
    <w:tbl>
      <w:tblPr>
        <w:tblW w:type="auto" w:w="0"/>
        <w:jc w:val="center"/>
        <w:tblLook w:firstColumn="1" w:firstRow="1" w:lastColumn="0" w:lastRow="0" w:noHBand="0" w:noVBand="1" w:val="04A0"/>
      </w:tblPr>
      <w:tblGrid>
        <w:gridCol w:w="9936"/>
      </w:tblGrid>
      <w:tr>
        <w:tc>
          <w:tcPr>
            <w:tcW w:type="dxa" w:w="9936"/>
            <w:shd w:fill="F4F6F9"/>
            <w:tcMar>
              <w:top w:w="120" w:type="dxa"/>
              <w:bottom w:w="120" w:type="dxa"/>
              <w:left w:w="180" w:type="dxa"/>
              <w:right w:w="180" w:type="dxa"/>
            </w:tcMar>
            <w:tcBorders>
              <w:top w:val="single" w:sz="4" w:space="0" w:color="CCCCCC"/>
              <w:left w:val="single" w:sz="24" w:space="0" w:color="E65100"/>
              <w:bottom w:val="single" w:sz="4" w:space="0" w:color="CCCCCC"/>
              <w:right w:val="single" w:sz="4" w:space="0" w:color="CCCCCC"/>
            </w:tcBorders>
          </w:tcPr>
          <w:p>
            <w:pPr>
              <w:spacing w:before="40" w:after="80"/>
            </w:pPr>
            <w:r>
              <w:rPr>
                <w:rFonts w:ascii="Arial" w:hAnsi="Arial"/>
                <w:b/>
                <w:color w:val="E65100"/>
                <w:sz w:val="22"/>
              </w:rPr>
              <w:t xml:space="preserve">Q3. </w:t>
            </w:r>
            <w:r>
              <w:rPr>
                <w:rFonts w:ascii="Arial" w:hAnsi="Arial"/>
                <w:b/>
                <w:color w:val="0B2C5C"/>
                <w:sz w:val="22"/>
              </w:rPr>
              <w:t>What position do you play in?</w:t>
            </w:r>
          </w:p>
          <w:p>
            <w:pPr>
              <w:spacing w:before="0" w:after="40"/>
            </w:pPr>
            <w:r>
              <w:rPr>
                <w:rFonts w:ascii="Arial" w:hAnsi="Arial"/>
                <w:b/>
                <w:color w:val="0B2C5C"/>
                <w:sz w:val="21"/>
              </w:rPr>
              <w:t xml:space="preserve">Answer: </w:t>
            </w:r>
            <w:r>
              <w:rPr>
                <w:rFonts w:ascii="Arial" w:hAnsi="Arial"/>
                <w:color w:val="333333"/>
                <w:sz w:val="21"/>
              </w:rPr>
              <w:t>LB (Left Back)</w:t>
            </w:r>
          </w:p>
        </w:tc>
      </w:tr>
    </w:tbl>
    <w:p>
      <w:pPr>
        <w:spacing w:before="0" w:after="80"/>
      </w:pPr>
    </w:p>
    <w:tbl>
      <w:tblPr>
        <w:tblW w:type="auto" w:w="0"/>
        <w:jc w:val="center"/>
        <w:tblLook w:firstColumn="1" w:firstRow="1" w:lastColumn="0" w:lastRow="0" w:noHBand="0" w:noVBand="1" w:val="04A0"/>
      </w:tblPr>
      <w:tblGrid>
        <w:gridCol w:w="9936"/>
      </w:tblGrid>
      <w:tr>
        <w:tc>
          <w:tcPr>
            <w:tcW w:type="dxa" w:w="9936"/>
            <w:shd w:fill="F4F6F9"/>
            <w:tcMar>
              <w:top w:w="120" w:type="dxa"/>
              <w:bottom w:w="120" w:type="dxa"/>
              <w:left w:w="180" w:type="dxa"/>
              <w:right w:w="180" w:type="dxa"/>
            </w:tcMar>
            <w:tcBorders>
              <w:top w:val="single" w:sz="4" w:space="0" w:color="CCCCCC"/>
              <w:left w:val="single" w:sz="24" w:space="0" w:color="E65100"/>
              <w:bottom w:val="single" w:sz="4" w:space="0" w:color="CCCCCC"/>
              <w:right w:val="single" w:sz="4" w:space="0" w:color="CCCCCC"/>
            </w:tcBorders>
          </w:tcPr>
          <w:p>
            <w:pPr>
              <w:spacing w:before="40" w:after="80"/>
            </w:pPr>
            <w:r>
              <w:rPr>
                <w:rFonts w:ascii="Arial" w:hAnsi="Arial"/>
                <w:b/>
                <w:color w:val="E65100"/>
                <w:sz w:val="22"/>
              </w:rPr>
              <w:t xml:space="preserve">Q4. </w:t>
            </w:r>
            <w:r>
              <w:rPr>
                <w:rFonts w:ascii="Arial" w:hAnsi="Arial"/>
                <w:b/>
                <w:color w:val="0B2C5C"/>
                <w:sz w:val="22"/>
              </w:rPr>
              <w:t>What is your favourite position on the field?</w:t>
            </w:r>
          </w:p>
          <w:p>
            <w:pPr>
              <w:spacing w:before="0" w:after="40"/>
            </w:pPr>
            <w:r>
              <w:rPr>
                <w:rFonts w:ascii="Arial" w:hAnsi="Arial"/>
                <w:b/>
                <w:color w:val="0B2C5C"/>
                <w:sz w:val="21"/>
              </w:rPr>
              <w:t xml:space="preserve">Answer: </w:t>
            </w:r>
            <w:r>
              <w:rPr>
                <w:rFonts w:ascii="Arial" w:hAnsi="Arial"/>
                <w:color w:val="333333"/>
                <w:sz w:val="21"/>
              </w:rPr>
              <w:t>Probably attacking wingback, I get up the pitch whilst also supporting the back 5.</w:t>
            </w:r>
          </w:p>
        </w:tc>
      </w:tr>
    </w:tbl>
    <w:p>
      <w:pPr>
        <w:spacing w:before="0" w:after="80"/>
      </w:pPr>
    </w:p>
    <w:tbl>
      <w:tblPr>
        <w:tblW w:type="auto" w:w="0"/>
        <w:jc w:val="center"/>
        <w:tblLook w:firstColumn="1" w:firstRow="1" w:lastColumn="0" w:lastRow="0" w:noHBand="0" w:noVBand="1" w:val="04A0"/>
      </w:tblPr>
      <w:tblGrid>
        <w:gridCol w:w="9936"/>
      </w:tblGrid>
      <w:tr>
        <w:tc>
          <w:tcPr>
            <w:tcW w:type="dxa" w:w="9936"/>
            <w:shd w:fill="F4F6F9"/>
            <w:tcMar>
              <w:top w:w="120" w:type="dxa"/>
              <w:bottom w:w="120" w:type="dxa"/>
              <w:left w:w="180" w:type="dxa"/>
              <w:right w:w="180" w:type="dxa"/>
            </w:tcMar>
            <w:tcBorders>
              <w:top w:val="single" w:sz="4" w:space="0" w:color="CCCCCC"/>
              <w:left w:val="single" w:sz="24" w:space="0" w:color="E65100"/>
              <w:bottom w:val="single" w:sz="4" w:space="0" w:color="CCCCCC"/>
              <w:right w:val="single" w:sz="4" w:space="0" w:color="CCCCCC"/>
            </w:tcBorders>
          </w:tcPr>
          <w:p>
            <w:pPr>
              <w:spacing w:before="40" w:after="80"/>
            </w:pPr>
            <w:r>
              <w:rPr>
                <w:rFonts w:ascii="Arial" w:hAnsi="Arial"/>
                <w:b/>
                <w:color w:val="E65100"/>
                <w:sz w:val="22"/>
              </w:rPr>
              <w:t xml:space="preserve">Q5. </w:t>
            </w:r>
            <w:r>
              <w:rPr>
                <w:rFonts w:ascii="Arial" w:hAnsi="Arial"/>
                <w:b/>
                <w:color w:val="0B2C5C"/>
                <w:sz w:val="22"/>
              </w:rPr>
              <w:t>Do you prefer the blue or the orange Maccabi FC shirt?</w:t>
            </w:r>
          </w:p>
          <w:p>
            <w:pPr>
              <w:spacing w:before="0" w:after="40"/>
            </w:pPr>
            <w:r>
              <w:rPr>
                <w:rFonts w:ascii="Arial" w:hAnsi="Arial"/>
                <w:b/>
                <w:color w:val="0B2C5C"/>
                <w:sz w:val="21"/>
              </w:rPr>
              <w:t xml:space="preserve">Answer: </w:t>
            </w:r>
            <w:r>
              <w:rPr>
                <w:rFonts w:ascii="Arial" w:hAnsi="Arial"/>
                <w:color w:val="333333"/>
                <w:sz w:val="21"/>
              </w:rPr>
              <w:t>Always preferred the orange shirt, gotta love the long drives to the away games!</w:t>
            </w:r>
          </w:p>
        </w:tc>
      </w:tr>
    </w:tbl>
    <w:p>
      <w:pPr>
        <w:spacing w:before="0" w:after="80"/>
      </w:pPr>
    </w:p>
    <w:tbl>
      <w:tblPr>
        <w:tblW w:type="auto" w:w="0"/>
        <w:jc w:val="center"/>
        <w:tblLook w:firstColumn="1" w:firstRow="1" w:lastColumn="0" w:lastRow="0" w:noHBand="0" w:noVBand="1" w:val="04A0"/>
      </w:tblPr>
      <w:tblGrid>
        <w:gridCol w:w="9936"/>
      </w:tblGrid>
      <w:tr>
        <w:tc>
          <w:tcPr>
            <w:tcW w:type="dxa" w:w="9936"/>
            <w:shd w:fill="F4F6F9"/>
            <w:tcMar>
              <w:top w:w="120" w:type="dxa"/>
              <w:bottom w:w="120" w:type="dxa"/>
              <w:left w:w="180" w:type="dxa"/>
              <w:right w:w="180" w:type="dxa"/>
            </w:tcMar>
            <w:tcBorders>
              <w:top w:val="single" w:sz="4" w:space="0" w:color="CCCCCC"/>
              <w:left w:val="single" w:sz="24" w:space="0" w:color="E65100"/>
              <w:bottom w:val="single" w:sz="4" w:space="0" w:color="CCCCCC"/>
              <w:right w:val="single" w:sz="4" w:space="0" w:color="CCCCCC"/>
            </w:tcBorders>
          </w:tcPr>
          <w:p>
            <w:pPr>
              <w:spacing w:before="40" w:after="80"/>
            </w:pPr>
            <w:r>
              <w:rPr>
                <w:rFonts w:ascii="Arial" w:hAnsi="Arial"/>
                <w:b/>
                <w:color w:val="E65100"/>
                <w:sz w:val="22"/>
              </w:rPr>
              <w:t xml:space="preserve">Q6. </w:t>
            </w:r>
            <w:r>
              <w:rPr>
                <w:rFonts w:ascii="Arial" w:hAnsi="Arial"/>
                <w:b/>
                <w:color w:val="0B2C5C"/>
                <w:sz w:val="22"/>
              </w:rPr>
              <w:t>What is your favourite TV program?</w:t>
            </w:r>
          </w:p>
          <w:p>
            <w:pPr>
              <w:spacing w:before="0" w:after="40"/>
            </w:pPr>
            <w:r>
              <w:rPr>
                <w:rFonts w:ascii="Arial" w:hAnsi="Arial"/>
                <w:b/>
                <w:color w:val="0B2C5C"/>
                <w:sz w:val="21"/>
              </w:rPr>
              <w:t xml:space="preserve">Answer: </w:t>
            </w:r>
            <w:r>
              <w:rPr>
                <w:rFonts w:ascii="Arial" w:hAnsi="Arial"/>
                <w:color w:val="333333"/>
                <w:sz w:val="21"/>
              </w:rPr>
              <w:t>Currently Ted Lasso, the first couple seasons were great!</w:t>
            </w:r>
          </w:p>
        </w:tc>
      </w:tr>
    </w:tbl>
    <w:p>
      <w:pPr>
        <w:spacing w:before="0" w:after="80"/>
      </w:pPr>
    </w:p>
    <w:tbl>
      <w:tblPr>
        <w:tblW w:type="auto" w:w="0"/>
        <w:jc w:val="center"/>
        <w:tblLook w:firstColumn="1" w:firstRow="1" w:lastColumn="0" w:lastRow="0" w:noHBand="0" w:noVBand="1" w:val="04A0"/>
      </w:tblPr>
      <w:tblGrid>
        <w:gridCol w:w="9936"/>
      </w:tblGrid>
      <w:tr>
        <w:tc>
          <w:tcPr>
            <w:tcW w:type="dxa" w:w="9936"/>
            <w:shd w:fill="F4F6F9"/>
            <w:tcMar>
              <w:top w:w="120" w:type="dxa"/>
              <w:bottom w:w="120" w:type="dxa"/>
              <w:left w:w="180" w:type="dxa"/>
              <w:right w:w="180" w:type="dxa"/>
            </w:tcMar>
            <w:tcBorders>
              <w:top w:val="single" w:sz="4" w:space="0" w:color="CCCCCC"/>
              <w:left w:val="single" w:sz="24" w:space="0" w:color="E65100"/>
              <w:bottom w:val="single" w:sz="4" w:space="0" w:color="CCCCCC"/>
              <w:right w:val="single" w:sz="4" w:space="0" w:color="CCCCCC"/>
            </w:tcBorders>
          </w:tcPr>
          <w:p>
            <w:pPr>
              <w:spacing w:before="40" w:after="80"/>
            </w:pPr>
            <w:r>
              <w:rPr>
                <w:rFonts w:ascii="Arial" w:hAnsi="Arial"/>
                <w:b/>
                <w:color w:val="E65100"/>
                <w:sz w:val="22"/>
              </w:rPr>
              <w:t xml:space="preserve">Q7. </w:t>
            </w:r>
            <w:r>
              <w:rPr>
                <w:rFonts w:ascii="Arial" w:hAnsi="Arial"/>
                <w:b/>
                <w:color w:val="0B2C5C"/>
                <w:sz w:val="22"/>
              </w:rPr>
              <w:t>Which is your favourite football team?</w:t>
            </w:r>
          </w:p>
          <w:p>
            <w:pPr>
              <w:spacing w:before="0" w:after="40"/>
            </w:pPr>
            <w:r>
              <w:rPr>
                <w:rFonts w:ascii="Arial" w:hAnsi="Arial"/>
                <w:b/>
                <w:color w:val="0B2C5C"/>
                <w:sz w:val="21"/>
              </w:rPr>
              <w:t xml:space="preserve">Answer: </w:t>
            </w:r>
            <w:r>
              <w:rPr>
                <w:rFonts w:ascii="Arial" w:hAnsi="Arial"/>
                <w:color w:val="333333"/>
                <w:sz w:val="21"/>
              </w:rPr>
              <w:t>Manchester City</w:t>
            </w:r>
          </w:p>
        </w:tc>
      </w:tr>
    </w:tbl>
    <w:p>
      <w:pPr>
        <w:spacing w:before="0" w:after="80"/>
      </w:pPr>
    </w:p>
    <w:tbl>
      <w:tblPr>
        <w:tblW w:type="auto" w:w="0"/>
        <w:jc w:val="center"/>
        <w:tblLook w:firstColumn="1" w:firstRow="1" w:lastColumn="0" w:lastRow="0" w:noHBand="0" w:noVBand="1" w:val="04A0"/>
      </w:tblPr>
      <w:tblGrid>
        <w:gridCol w:w="9936"/>
      </w:tblGrid>
      <w:tr>
        <w:tc>
          <w:tcPr>
            <w:tcW w:type="dxa" w:w="9936"/>
            <w:shd w:fill="F4F6F9"/>
            <w:tcMar>
              <w:top w:w="120" w:type="dxa"/>
              <w:bottom w:w="120" w:type="dxa"/>
              <w:left w:w="180" w:type="dxa"/>
              <w:right w:w="180" w:type="dxa"/>
            </w:tcMar>
            <w:tcBorders>
              <w:top w:val="single" w:sz="4" w:space="0" w:color="CCCCCC"/>
              <w:left w:val="single" w:sz="24" w:space="0" w:color="E65100"/>
              <w:bottom w:val="single" w:sz="4" w:space="0" w:color="CCCCCC"/>
              <w:right w:val="single" w:sz="4" w:space="0" w:color="CCCCCC"/>
            </w:tcBorders>
          </w:tcPr>
          <w:p>
            <w:pPr>
              <w:spacing w:before="40" w:after="80"/>
            </w:pPr>
            <w:r>
              <w:rPr>
                <w:rFonts w:ascii="Arial" w:hAnsi="Arial"/>
                <w:b/>
                <w:color w:val="E65100"/>
                <w:sz w:val="22"/>
              </w:rPr>
              <w:t xml:space="preserve">Q8. </w:t>
            </w:r>
            <w:r>
              <w:rPr>
                <w:rFonts w:ascii="Arial" w:hAnsi="Arial"/>
                <w:b/>
                <w:color w:val="0B2C5C"/>
                <w:sz w:val="22"/>
              </w:rPr>
              <w:t>Who is your favourite player?</w:t>
            </w:r>
          </w:p>
          <w:p>
            <w:pPr>
              <w:spacing w:before="0" w:after="40"/>
            </w:pPr>
            <w:r>
              <w:rPr>
                <w:rFonts w:ascii="Arial" w:hAnsi="Arial"/>
                <w:b/>
                <w:color w:val="0B2C5C"/>
                <w:sz w:val="21"/>
              </w:rPr>
              <w:t xml:space="preserve">Answer: </w:t>
            </w:r>
            <w:r>
              <w:rPr>
                <w:rFonts w:ascii="Arial" w:hAnsi="Arial"/>
                <w:color w:val="333333"/>
                <w:sz w:val="21"/>
              </w:rPr>
              <w:t>Jeremy Doku</w:t>
            </w:r>
          </w:p>
        </w:tc>
      </w:tr>
    </w:tbl>
    <w:p>
      <w:pPr>
        <w:spacing w:before="0" w:after="80"/>
      </w:pPr>
    </w:p>
    <w:tbl>
      <w:tblPr>
        <w:tblW w:type="auto" w:w="0"/>
        <w:jc w:val="center"/>
        <w:tblLook w:firstColumn="1" w:firstRow="1" w:lastColumn="0" w:lastRow="0" w:noHBand="0" w:noVBand="1" w:val="04A0"/>
      </w:tblPr>
      <w:tblGrid>
        <w:gridCol w:w="9936"/>
      </w:tblGrid>
      <w:tr>
        <w:tc>
          <w:tcPr>
            <w:tcW w:type="dxa" w:w="9936"/>
            <w:shd w:fill="F4F6F9"/>
            <w:tcMar>
              <w:top w:w="120" w:type="dxa"/>
              <w:bottom w:w="120" w:type="dxa"/>
              <w:left w:w="180" w:type="dxa"/>
              <w:right w:w="180" w:type="dxa"/>
            </w:tcMar>
            <w:tcBorders>
              <w:top w:val="single" w:sz="4" w:space="0" w:color="CCCCCC"/>
              <w:left w:val="single" w:sz="24" w:space="0" w:color="E65100"/>
              <w:bottom w:val="single" w:sz="4" w:space="0" w:color="CCCCCC"/>
              <w:right w:val="single" w:sz="4" w:space="0" w:color="CCCCCC"/>
            </w:tcBorders>
          </w:tcPr>
          <w:p>
            <w:pPr>
              <w:spacing w:before="40" w:after="80"/>
            </w:pPr>
            <w:r>
              <w:rPr>
                <w:rFonts w:ascii="Arial" w:hAnsi="Arial"/>
                <w:b/>
                <w:color w:val="E65100"/>
                <w:sz w:val="22"/>
              </w:rPr>
              <w:t xml:space="preserve">Q9. </w:t>
            </w:r>
            <w:r>
              <w:rPr>
                <w:rFonts w:ascii="Arial" w:hAnsi="Arial"/>
                <w:b/>
                <w:color w:val="0B2C5C"/>
                <w:sz w:val="22"/>
              </w:rPr>
              <w:t>When did you start playing at Maccabi FC?</w:t>
            </w:r>
          </w:p>
          <w:p>
            <w:pPr>
              <w:spacing w:before="0" w:after="40"/>
            </w:pPr>
            <w:r>
              <w:rPr>
                <w:rFonts w:ascii="Arial" w:hAnsi="Arial"/>
                <w:b/>
                <w:color w:val="0B2C5C"/>
                <w:sz w:val="21"/>
              </w:rPr>
              <w:t xml:space="preserve">Answer: </w:t>
            </w:r>
            <w:r>
              <w:rPr>
                <w:rFonts w:ascii="Arial" w:hAnsi="Arial"/>
                <w:color w:val="333333"/>
                <w:sz w:val="21"/>
              </w:rPr>
              <w:t>2021, U9’s</w:t>
            </w:r>
          </w:p>
        </w:tc>
      </w:tr>
    </w:tbl>
    <w:p>
      <w:pPr>
        <w:spacing w:before="0" w:after="80"/>
      </w:pPr>
    </w:p>
    <w:tbl>
      <w:tblPr>
        <w:tblW w:type="auto" w:w="0"/>
        <w:jc w:val="center"/>
        <w:tblLook w:firstColumn="1" w:firstRow="1" w:lastColumn="0" w:lastRow="0" w:noHBand="0" w:noVBand="1" w:val="04A0"/>
      </w:tblPr>
      <w:tblGrid>
        <w:gridCol w:w="9936"/>
      </w:tblGrid>
      <w:tr>
        <w:tc>
          <w:tcPr>
            <w:tcW w:type="dxa" w:w="9936"/>
            <w:shd w:fill="F4F6F9"/>
            <w:tcMar>
              <w:top w:w="120" w:type="dxa"/>
              <w:bottom w:w="120" w:type="dxa"/>
              <w:left w:w="180" w:type="dxa"/>
              <w:right w:w="180" w:type="dxa"/>
            </w:tcMar>
            <w:tcBorders>
              <w:top w:val="single" w:sz="4" w:space="0" w:color="CCCCCC"/>
              <w:left w:val="single" w:sz="24" w:space="0" w:color="E65100"/>
              <w:bottom w:val="single" w:sz="4" w:space="0" w:color="CCCCCC"/>
              <w:right w:val="single" w:sz="4" w:space="0" w:color="CCCCCC"/>
            </w:tcBorders>
          </w:tcPr>
          <w:p>
            <w:pPr>
              <w:spacing w:before="40" w:after="80"/>
            </w:pPr>
            <w:r>
              <w:rPr>
                <w:rFonts w:ascii="Arial" w:hAnsi="Arial"/>
                <w:b/>
                <w:color w:val="E65100"/>
                <w:sz w:val="22"/>
              </w:rPr>
              <w:t xml:space="preserve">Q10. </w:t>
            </w:r>
            <w:r>
              <w:rPr>
                <w:rFonts w:ascii="Arial" w:hAnsi="Arial"/>
                <w:b/>
                <w:color w:val="0B2C5C"/>
                <w:sz w:val="22"/>
              </w:rPr>
              <w:t>What do you like to eat before a game?</w:t>
            </w:r>
          </w:p>
          <w:p>
            <w:pPr>
              <w:spacing w:before="0" w:after="40"/>
            </w:pPr>
            <w:r>
              <w:rPr>
                <w:rFonts w:ascii="Arial" w:hAnsi="Arial"/>
                <w:b/>
                <w:color w:val="0B2C5C"/>
                <w:sz w:val="21"/>
              </w:rPr>
              <w:t xml:space="preserve">Answer: </w:t>
            </w:r>
            <w:r>
              <w:rPr>
                <w:rFonts w:ascii="Arial" w:hAnsi="Arial"/>
                <w:color w:val="333333"/>
                <w:sz w:val="21"/>
              </w:rPr>
              <w:t>Depends on the time of the game, but usually just cereal.</w:t>
            </w:r>
          </w:p>
        </w:tc>
      </w:tr>
    </w:tbl>
    <w:p>
      <w:pPr>
        <w:spacing w:before="0" w:after="80"/>
      </w:pPr>
    </w:p>
    <w:tbl>
      <w:tblPr>
        <w:tblW w:type="auto" w:w="0"/>
        <w:jc w:val="center"/>
        <w:tblLook w:firstColumn="1" w:firstRow="1" w:lastColumn="0" w:lastRow="0" w:noHBand="0" w:noVBand="1" w:val="04A0"/>
      </w:tblPr>
      <w:tblGrid>
        <w:gridCol w:w="9936"/>
      </w:tblGrid>
      <w:tr>
        <w:tc>
          <w:tcPr>
            <w:tcW w:type="dxa" w:w="9936"/>
            <w:shd w:fill="F4F6F9"/>
            <w:tcMar>
              <w:top w:w="120" w:type="dxa"/>
              <w:bottom w:w="120" w:type="dxa"/>
              <w:left w:w="180" w:type="dxa"/>
              <w:right w:w="180" w:type="dxa"/>
            </w:tcMar>
            <w:tcBorders>
              <w:top w:val="single" w:sz="4" w:space="0" w:color="CCCCCC"/>
              <w:left w:val="single" w:sz="24" w:space="0" w:color="E65100"/>
              <w:bottom w:val="single" w:sz="4" w:space="0" w:color="CCCCCC"/>
              <w:right w:val="single" w:sz="4" w:space="0" w:color="CCCCCC"/>
            </w:tcBorders>
          </w:tcPr>
          <w:p>
            <w:pPr>
              <w:spacing w:before="40" w:after="80"/>
            </w:pPr>
            <w:r>
              <w:rPr>
                <w:rFonts w:ascii="Arial" w:hAnsi="Arial"/>
                <w:b/>
                <w:color w:val="E65100"/>
                <w:sz w:val="22"/>
              </w:rPr>
              <w:t xml:space="preserve">Q11. </w:t>
            </w:r>
            <w:r>
              <w:rPr>
                <w:rFonts w:ascii="Arial" w:hAnsi="Arial"/>
                <w:b/>
                <w:color w:val="0B2C5C"/>
                <w:sz w:val="22"/>
              </w:rPr>
              <w:t>Who has been your toughest opposition this year, player and/or team?</w:t>
            </w:r>
          </w:p>
          <w:p>
            <w:pPr>
              <w:spacing w:before="0" w:after="40"/>
            </w:pPr>
            <w:r>
              <w:rPr>
                <w:rFonts w:ascii="Arial" w:hAnsi="Arial"/>
                <w:b/>
                <w:color w:val="0B2C5C"/>
                <w:sz w:val="21"/>
              </w:rPr>
              <w:t xml:space="preserve">Answer: </w:t>
            </w:r>
            <w:r>
              <w:rPr>
                <w:rFonts w:ascii="Arial" w:hAnsi="Arial"/>
                <w:color w:val="333333"/>
                <w:sz w:val="21"/>
              </w:rPr>
              <w:t>Old Xaverians, we were down 3-0 at half time, but managed to claw back to win 5-4 at the start of the season.</w:t>
            </w:r>
          </w:p>
        </w:tc>
      </w:tr>
    </w:tbl>
    <w:p>
      <w:pPr>
        <w:spacing w:before="0" w:after="80"/>
      </w:pPr>
    </w:p>
    <w:tbl>
      <w:tblPr>
        <w:tblW w:type="auto" w:w="0"/>
        <w:jc w:val="center"/>
        <w:tblLook w:firstColumn="1" w:firstRow="1" w:lastColumn="0" w:lastRow="0" w:noHBand="0" w:noVBand="1" w:val="04A0"/>
      </w:tblPr>
      <w:tblGrid>
        <w:gridCol w:w="9936"/>
      </w:tblGrid>
      <w:tr>
        <w:tc>
          <w:tcPr>
            <w:tcW w:type="dxa" w:w="9936"/>
            <w:shd w:fill="F4F6F9"/>
            <w:tcMar>
              <w:top w:w="120" w:type="dxa"/>
              <w:bottom w:w="120" w:type="dxa"/>
              <w:left w:w="180" w:type="dxa"/>
              <w:right w:w="180" w:type="dxa"/>
            </w:tcMar>
            <w:tcBorders>
              <w:top w:val="single" w:sz="4" w:space="0" w:color="CCCCCC"/>
              <w:left w:val="single" w:sz="24" w:space="0" w:color="E65100"/>
              <w:bottom w:val="single" w:sz="4" w:space="0" w:color="CCCCCC"/>
              <w:right w:val="single" w:sz="4" w:space="0" w:color="CCCCCC"/>
            </w:tcBorders>
          </w:tcPr>
          <w:p>
            <w:pPr>
              <w:spacing w:before="40" w:after="80"/>
            </w:pPr>
            <w:r>
              <w:rPr>
                <w:rFonts w:ascii="Arial" w:hAnsi="Arial"/>
                <w:b/>
                <w:color w:val="E65100"/>
                <w:sz w:val="22"/>
              </w:rPr>
              <w:t xml:space="preserve">Q12. </w:t>
            </w:r>
            <w:r>
              <w:rPr>
                <w:rFonts w:ascii="Arial" w:hAnsi="Arial"/>
                <w:b/>
                <w:color w:val="0B2C5C"/>
                <w:sz w:val="22"/>
              </w:rPr>
              <w:t>What is your most memorable moment playing football either at Maccabi FC or elsewhere?</w:t>
            </w:r>
          </w:p>
          <w:p>
            <w:pPr>
              <w:spacing w:before="0" w:after="40"/>
            </w:pPr>
            <w:r>
              <w:rPr>
                <w:rFonts w:ascii="Arial" w:hAnsi="Arial"/>
                <w:b/>
                <w:color w:val="0B2C5C"/>
                <w:sz w:val="21"/>
              </w:rPr>
              <w:t xml:space="preserve">Answer: </w:t>
            </w:r>
            <w:r>
              <w:rPr>
                <w:rFonts w:ascii="Arial" w:hAnsi="Arial"/>
                <w:color w:val="333333"/>
                <w:sz w:val="21"/>
              </w:rPr>
              <w:t>Scoring a brace in the last game of the season, against first place to draw 2-2, preventing them from finals, both equalizers.</w:t>
            </w:r>
          </w:p>
        </w:tc>
      </w:tr>
    </w:tbl>
    <w:p>
      <w:pPr>
        <w:spacing w:before="0" w:after="80"/>
      </w:pPr>
    </w:p>
    <w:tbl>
      <w:tblPr>
        <w:tblW w:type="auto" w:w="0"/>
        <w:jc w:val="center"/>
        <w:tblLook w:firstColumn="1" w:firstRow="1" w:lastColumn="0" w:lastRow="0" w:noHBand="0" w:noVBand="1" w:val="04A0"/>
      </w:tblPr>
      <w:tblGrid>
        <w:gridCol w:w="9936"/>
      </w:tblGrid>
      <w:tr>
        <w:tc>
          <w:tcPr>
            <w:tcW w:type="dxa" w:w="9936"/>
            <w:shd w:fill="F4F6F9"/>
            <w:tcMar>
              <w:top w:w="120" w:type="dxa"/>
              <w:bottom w:w="120" w:type="dxa"/>
              <w:left w:w="180" w:type="dxa"/>
              <w:right w:w="180" w:type="dxa"/>
            </w:tcMar>
            <w:tcBorders>
              <w:top w:val="single" w:sz="4" w:space="0" w:color="CCCCCC"/>
              <w:left w:val="single" w:sz="24" w:space="0" w:color="E65100"/>
              <w:bottom w:val="single" w:sz="4" w:space="0" w:color="CCCCCC"/>
              <w:right w:val="single" w:sz="4" w:space="0" w:color="CCCCCC"/>
            </w:tcBorders>
          </w:tcPr>
          <w:p>
            <w:pPr>
              <w:spacing w:before="40" w:after="80"/>
            </w:pPr>
            <w:r>
              <w:rPr>
                <w:rFonts w:ascii="Arial" w:hAnsi="Arial"/>
                <w:b/>
                <w:color w:val="E65100"/>
                <w:sz w:val="22"/>
              </w:rPr>
              <w:t xml:space="preserve">Q13. </w:t>
            </w:r>
            <w:r>
              <w:rPr>
                <w:rFonts w:ascii="Arial" w:hAnsi="Arial"/>
                <w:b/>
                <w:color w:val="0B2C5C"/>
                <w:sz w:val="22"/>
              </w:rPr>
              <w:t>What has been your worst experience playing football?</w:t>
            </w:r>
          </w:p>
          <w:p>
            <w:pPr>
              <w:spacing w:before="0" w:after="40"/>
            </w:pPr>
            <w:r>
              <w:rPr>
                <w:rFonts w:ascii="Arial" w:hAnsi="Arial"/>
                <w:b/>
                <w:color w:val="0B2C5C"/>
                <w:sz w:val="21"/>
              </w:rPr>
              <w:t xml:space="preserve">Answer: </w:t>
            </w:r>
            <w:r>
              <w:rPr>
                <w:rFonts w:ascii="Arial" w:hAnsi="Arial"/>
                <w:color w:val="333333"/>
                <w:sz w:val="21"/>
              </w:rPr>
              <w:t>Not many, but getting pace abused down the right wing is always dreadful, especially when I was injured one game, and having to sprint down the touchline, knowing the pace merchant will get me every time.</w:t>
            </w:r>
          </w:p>
        </w:tc>
      </w:tr>
    </w:tbl>
    <w:p>
      <w:pPr>
        <w:spacing w:before="0" w:after="80"/>
      </w:pPr>
    </w:p>
    <w:tbl>
      <w:tblPr>
        <w:tblW w:type="auto" w:w="0"/>
        <w:jc w:val="center"/>
        <w:tblLook w:firstColumn="1" w:firstRow="1" w:lastColumn="0" w:lastRow="0" w:noHBand="0" w:noVBand="1" w:val="04A0"/>
      </w:tblPr>
      <w:tblGrid>
        <w:gridCol w:w="9936"/>
      </w:tblGrid>
      <w:tr>
        <w:tc>
          <w:tcPr>
            <w:tcW w:type="dxa" w:w="9936"/>
            <w:shd w:fill="F4F6F9"/>
            <w:tcMar>
              <w:top w:w="120" w:type="dxa"/>
              <w:bottom w:w="120" w:type="dxa"/>
              <w:left w:w="180" w:type="dxa"/>
              <w:right w:w="180" w:type="dxa"/>
            </w:tcMar>
            <w:tcBorders>
              <w:top w:val="single" w:sz="4" w:space="0" w:color="CCCCCC"/>
              <w:left w:val="single" w:sz="24" w:space="0" w:color="E65100"/>
              <w:bottom w:val="single" w:sz="4" w:space="0" w:color="CCCCCC"/>
              <w:right w:val="single" w:sz="4" w:space="0" w:color="CCCCCC"/>
            </w:tcBorders>
          </w:tcPr>
          <w:p>
            <w:pPr>
              <w:spacing w:before="40" w:after="80"/>
            </w:pPr>
            <w:r>
              <w:rPr>
                <w:rFonts w:ascii="Arial" w:hAnsi="Arial"/>
                <w:b/>
                <w:color w:val="E65100"/>
                <w:sz w:val="22"/>
              </w:rPr>
              <w:t xml:space="preserve">Q14. </w:t>
            </w:r>
            <w:r>
              <w:rPr>
                <w:rFonts w:ascii="Arial" w:hAnsi="Arial"/>
                <w:b/>
                <w:color w:val="0B2C5C"/>
                <w:sz w:val="22"/>
              </w:rPr>
              <w:t>Has anyone had a great influence on your game and why?</w:t>
            </w:r>
          </w:p>
          <w:p>
            <w:pPr>
              <w:spacing w:before="0" w:after="40"/>
            </w:pPr>
            <w:r>
              <w:rPr>
                <w:rFonts w:ascii="Arial" w:hAnsi="Arial"/>
                <w:b/>
                <w:color w:val="0B2C5C"/>
                <w:sz w:val="21"/>
              </w:rPr>
              <w:t xml:space="preserve">Answer: </w:t>
            </w:r>
            <w:r>
              <w:rPr>
                <w:rFonts w:ascii="Arial" w:hAnsi="Arial"/>
                <w:color w:val="333333"/>
                <w:sz w:val="21"/>
              </w:rPr>
              <w:t>Definitely my Dad, as he’s been my team manager since U9’s, and knows a bit of ball as he’s from London, so he would always direct me on who to man on, when to tackle.. etc</w:t>
            </w:r>
          </w:p>
        </w:tc>
      </w:tr>
    </w:tbl>
    <w:p>
      <w:pPr>
        <w:spacing w:before="0" w:after="80"/>
      </w:pPr>
    </w:p>
    <w:tbl>
      <w:tblPr>
        <w:tblW w:type="auto" w:w="0"/>
        <w:jc w:val="center"/>
        <w:tblLook w:firstColumn="1" w:firstRow="1" w:lastColumn="0" w:lastRow="0" w:noHBand="0" w:noVBand="1" w:val="04A0"/>
      </w:tblPr>
      <w:tblGrid>
        <w:gridCol w:w="9936"/>
      </w:tblGrid>
      <w:tr>
        <w:tc>
          <w:tcPr>
            <w:tcW w:type="dxa" w:w="9936"/>
            <w:shd w:fill="F4F6F9"/>
            <w:tcMar>
              <w:top w:w="120" w:type="dxa"/>
              <w:bottom w:w="120" w:type="dxa"/>
              <w:left w:w="180" w:type="dxa"/>
              <w:right w:w="180" w:type="dxa"/>
            </w:tcMar>
            <w:tcBorders>
              <w:top w:val="single" w:sz="4" w:space="0" w:color="CCCCCC"/>
              <w:left w:val="single" w:sz="24" w:space="0" w:color="E65100"/>
              <w:bottom w:val="single" w:sz="4" w:space="0" w:color="CCCCCC"/>
              <w:right w:val="single" w:sz="4" w:space="0" w:color="CCCCCC"/>
            </w:tcBorders>
          </w:tcPr>
          <w:p>
            <w:pPr>
              <w:spacing w:before="40" w:after="80"/>
            </w:pPr>
            <w:r>
              <w:rPr>
                <w:rFonts w:ascii="Arial" w:hAnsi="Arial"/>
                <w:b/>
                <w:color w:val="E65100"/>
                <w:sz w:val="22"/>
              </w:rPr>
              <w:t xml:space="preserve">Q15. </w:t>
            </w:r>
            <w:r>
              <w:rPr>
                <w:rFonts w:ascii="Arial" w:hAnsi="Arial"/>
                <w:b/>
                <w:color w:val="0B2C5C"/>
                <w:sz w:val="22"/>
              </w:rPr>
              <w:t>Now this is the most important question. What do you put on your latkes, sugar or salt?</w:t>
            </w:r>
          </w:p>
          <w:p>
            <w:pPr>
              <w:spacing w:before="0" w:after="40"/>
            </w:pPr>
            <w:r>
              <w:rPr>
                <w:rFonts w:ascii="Arial" w:hAnsi="Arial"/>
                <w:b/>
                <w:color w:val="0B2C5C"/>
                <w:sz w:val="21"/>
              </w:rPr>
              <w:t xml:space="preserve">Answer: </w:t>
            </w:r>
            <w:r>
              <w:rPr>
                <w:rFonts w:ascii="Arial" w:hAnsi="Arial"/>
                <w:color w:val="333333"/>
                <w:sz w:val="21"/>
              </w:rPr>
              <w:t>Salt of course!</w:t>
            </w:r>
          </w:p>
        </w:tc>
      </w:tr>
    </w:tbl>
    <w:p>
      <w:pPr>
        <w:spacing w:before="0" w:after="80"/>
      </w:pPr>
    </w:p>
    <w:tbl>
      <w:tblPr>
        <w:tblW w:type="auto" w:w="0"/>
        <w:jc w:val="center"/>
        <w:tblLook w:firstColumn="1" w:firstRow="1" w:lastColumn="0" w:lastRow="0" w:noHBand="0" w:noVBand="1" w:val="04A0"/>
      </w:tblPr>
      <w:tblGrid>
        <w:gridCol w:w="9936"/>
      </w:tblGrid>
      <w:tr>
        <w:tc>
          <w:tcPr>
            <w:tcW w:type="dxa" w:w="9936"/>
            <w:shd w:fill="F4F6F9"/>
            <w:tcMar>
              <w:top w:w="120" w:type="dxa"/>
              <w:bottom w:w="120" w:type="dxa"/>
              <w:left w:w="180" w:type="dxa"/>
              <w:right w:w="180" w:type="dxa"/>
            </w:tcMar>
            <w:tcBorders>
              <w:top w:val="single" w:sz="4" w:space="0" w:color="CCCCCC"/>
              <w:left w:val="single" w:sz="24" w:space="0" w:color="E65100"/>
              <w:bottom w:val="single" w:sz="4" w:space="0" w:color="CCCCCC"/>
              <w:right w:val="single" w:sz="4" w:space="0" w:color="CCCCCC"/>
            </w:tcBorders>
          </w:tcPr>
          <w:p>
            <w:pPr>
              <w:spacing w:before="40" w:after="80"/>
            </w:pPr>
            <w:r>
              <w:rPr>
                <w:rFonts w:ascii="Arial" w:hAnsi="Arial"/>
                <w:b/>
                <w:color w:val="E65100"/>
                <w:sz w:val="22"/>
              </w:rPr>
              <w:t xml:space="preserve">Q16. </w:t>
            </w:r>
            <w:r>
              <w:rPr>
                <w:rFonts w:ascii="Arial" w:hAnsi="Arial"/>
                <w:b/>
                <w:color w:val="0B2C5C"/>
                <w:sz w:val="22"/>
              </w:rPr>
              <w:t>Do you have any advice for the younger players at the club?</w:t>
            </w:r>
          </w:p>
          <w:p>
            <w:pPr>
              <w:spacing w:before="0" w:after="40"/>
            </w:pPr>
            <w:r>
              <w:rPr>
                <w:rFonts w:ascii="Arial" w:hAnsi="Arial"/>
                <w:b/>
                <w:color w:val="0B2C5C"/>
                <w:sz w:val="21"/>
              </w:rPr>
              <w:t xml:space="preserve">Answer: </w:t>
            </w:r>
            <w:r>
              <w:rPr>
                <w:rFonts w:ascii="Arial" w:hAnsi="Arial"/>
                <w:color w:val="333333"/>
                <w:sz w:val="21"/>
              </w:rPr>
              <w:t>Watch football as much as you can, as even watching one Premier League game can make a huge impact on how you view the game, and also to be patient with yourself, as becoming good at something takes time and effort, so don’t give up on football after one bad tackle, or one bad shot, but to always keep going and eventually improving on your game.</w:t>
            </w:r>
          </w:p>
        </w:tc>
      </w:tr>
    </w:tbl>
    <w:p>
      <w:pPr>
        <w:spacing w:before="0" w:after="80"/>
      </w:pPr>
    </w:p>
    <w:p>
      <w:pPr>
        <w:jc w:val="center"/>
      </w:pPr>
      <w:r>
        <w:rPr>
          <w:rFonts w:ascii="Arial" w:hAnsi="Arial"/>
          <w:i/>
          <w:color w:val="808080"/>
          <w:sz w:val="18"/>
        </w:rPr>
        <w:t>Maccabi FC Caulfield • Player Spotlight Series</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